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B83361" w14:textId="6C410E54" w:rsidR="002C1A6A" w:rsidRDefault="002C1A6A" w:rsidP="002C1A6A">
      <w:pPr>
        <w:rPr>
          <w:rFonts w:asciiTheme="majorHAnsi" w:hAnsiTheme="majorHAnsi" w:cstheme="majorHAnsi"/>
        </w:rPr>
      </w:pPr>
      <w:bookmarkStart w:id="0" w:name="_GoBack"/>
      <w:bookmarkEnd w:id="0"/>
    </w:p>
    <w:p w14:paraId="16CF992A" w14:textId="77777777" w:rsidR="004A641D" w:rsidRPr="00DA6543" w:rsidRDefault="004A641D" w:rsidP="002C1A6A">
      <w:pPr>
        <w:rPr>
          <w:rFonts w:asciiTheme="majorHAnsi" w:hAnsiTheme="majorHAnsi" w:cstheme="majorHAnsi"/>
        </w:rPr>
      </w:pPr>
    </w:p>
    <w:p w14:paraId="5697DA31" w14:textId="1581FF47" w:rsidR="002C1A6A" w:rsidRPr="00DA6543" w:rsidRDefault="002C1A6A" w:rsidP="002C1A6A">
      <w:pPr>
        <w:jc w:val="center"/>
        <w:rPr>
          <w:rFonts w:asciiTheme="majorHAnsi" w:hAnsiTheme="majorHAnsi" w:cstheme="majorHAnsi"/>
          <w:b/>
          <w:sz w:val="28"/>
          <w:szCs w:val="28"/>
          <w:u w:val="single"/>
        </w:rPr>
      </w:pPr>
      <w:r w:rsidRPr="00DA6543">
        <w:rPr>
          <w:rFonts w:asciiTheme="majorHAnsi" w:hAnsiTheme="majorHAnsi" w:cstheme="majorHAnsi"/>
          <w:b/>
          <w:sz w:val="28"/>
          <w:szCs w:val="28"/>
          <w:u w:val="single"/>
        </w:rPr>
        <w:t>Behaviour Policy</w:t>
      </w:r>
      <w:r w:rsidR="00FB14B6">
        <w:rPr>
          <w:rFonts w:asciiTheme="majorHAnsi" w:hAnsiTheme="majorHAnsi" w:cstheme="majorHAnsi"/>
          <w:b/>
          <w:sz w:val="28"/>
          <w:szCs w:val="28"/>
          <w:u w:val="single"/>
        </w:rPr>
        <w:t xml:space="preserve"> (including EYFS)</w:t>
      </w:r>
    </w:p>
    <w:p w14:paraId="1A9A6E5B" w14:textId="77777777" w:rsidR="002C1A6A" w:rsidRPr="00DA6543" w:rsidRDefault="002C1A6A" w:rsidP="002C1A6A">
      <w:pPr>
        <w:rPr>
          <w:rFonts w:asciiTheme="majorHAnsi" w:hAnsiTheme="majorHAnsi" w:cstheme="majorHAnsi"/>
        </w:rPr>
      </w:pPr>
    </w:p>
    <w:tbl>
      <w:tblPr>
        <w:tblW w:w="0" w:type="auto"/>
        <w:tblCellMar>
          <w:left w:w="0" w:type="dxa"/>
          <w:right w:w="0" w:type="dxa"/>
        </w:tblCellMar>
        <w:tblLook w:val="04A0" w:firstRow="1" w:lastRow="0" w:firstColumn="1" w:lastColumn="0" w:noHBand="0" w:noVBand="1"/>
      </w:tblPr>
      <w:tblGrid>
        <w:gridCol w:w="4324"/>
        <w:gridCol w:w="4296"/>
      </w:tblGrid>
      <w:tr w:rsidR="002C1A6A" w:rsidRPr="00DA6543" w14:paraId="20D61ACD" w14:textId="77777777" w:rsidTr="004A641D">
        <w:tc>
          <w:tcPr>
            <w:tcW w:w="43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8869C2" w14:textId="77777777" w:rsidR="002C1A6A" w:rsidRPr="00DA6543" w:rsidRDefault="002C1A6A" w:rsidP="00CF00FD">
            <w:pPr>
              <w:rPr>
                <w:rFonts w:asciiTheme="majorHAnsi" w:hAnsiTheme="majorHAnsi" w:cstheme="majorHAnsi"/>
              </w:rPr>
            </w:pPr>
            <w:bookmarkStart w:id="1" w:name="_Hlk208834308"/>
            <w:r w:rsidRPr="00DA6543">
              <w:rPr>
                <w:rFonts w:asciiTheme="majorHAnsi" w:hAnsiTheme="majorHAnsi" w:cstheme="majorHAnsi"/>
              </w:rPr>
              <w:t>Date Reviewed:</w:t>
            </w:r>
          </w:p>
        </w:tc>
        <w:tc>
          <w:tcPr>
            <w:tcW w:w="429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94E0301" w14:textId="5AB22099" w:rsidR="002C1A6A" w:rsidRPr="00DA6543" w:rsidRDefault="00E04136" w:rsidP="00CF00FD">
            <w:pPr>
              <w:rPr>
                <w:rFonts w:asciiTheme="majorHAnsi" w:hAnsiTheme="majorHAnsi" w:cstheme="majorHAnsi"/>
              </w:rPr>
            </w:pPr>
            <w:r>
              <w:rPr>
                <w:rFonts w:asciiTheme="majorHAnsi" w:hAnsiTheme="majorHAnsi" w:cstheme="majorHAnsi"/>
              </w:rPr>
              <w:t>29.06.2026</w:t>
            </w:r>
          </w:p>
        </w:tc>
      </w:tr>
      <w:tr w:rsidR="002C1A6A" w:rsidRPr="00DA6543" w14:paraId="6AA75959" w14:textId="77777777" w:rsidTr="004A641D">
        <w:tc>
          <w:tcPr>
            <w:tcW w:w="4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CEF15B" w14:textId="77777777" w:rsidR="002C1A6A" w:rsidRPr="00DA6543" w:rsidRDefault="002C1A6A" w:rsidP="00CF00FD">
            <w:pPr>
              <w:rPr>
                <w:rFonts w:asciiTheme="majorHAnsi" w:hAnsiTheme="majorHAnsi" w:cstheme="majorHAnsi"/>
              </w:rPr>
            </w:pPr>
            <w:r w:rsidRPr="00DA6543">
              <w:rPr>
                <w:rFonts w:asciiTheme="majorHAnsi" w:hAnsiTheme="majorHAnsi" w:cstheme="majorHAnsi"/>
              </w:rPr>
              <w:t xml:space="preserve">Next Review Date: </w:t>
            </w:r>
          </w:p>
        </w:tc>
        <w:tc>
          <w:tcPr>
            <w:tcW w:w="4296" w:type="dxa"/>
            <w:tcBorders>
              <w:top w:val="nil"/>
              <w:left w:val="nil"/>
              <w:bottom w:val="single" w:sz="8" w:space="0" w:color="auto"/>
              <w:right w:val="single" w:sz="8" w:space="0" w:color="auto"/>
            </w:tcBorders>
            <w:tcMar>
              <w:top w:w="0" w:type="dxa"/>
              <w:left w:w="108" w:type="dxa"/>
              <w:bottom w:w="0" w:type="dxa"/>
              <w:right w:w="108" w:type="dxa"/>
            </w:tcMar>
          </w:tcPr>
          <w:p w14:paraId="2E0E0375" w14:textId="0C8CE58D" w:rsidR="002C1A6A" w:rsidRPr="00DA6543" w:rsidRDefault="00EC4A1A" w:rsidP="00CF00FD">
            <w:pPr>
              <w:rPr>
                <w:rFonts w:asciiTheme="majorHAnsi" w:hAnsiTheme="majorHAnsi" w:cstheme="majorHAnsi"/>
              </w:rPr>
            </w:pPr>
            <w:r>
              <w:rPr>
                <w:rFonts w:asciiTheme="majorHAnsi" w:hAnsiTheme="majorHAnsi" w:cstheme="majorHAnsi"/>
              </w:rPr>
              <w:t>29.06.202</w:t>
            </w:r>
            <w:r w:rsidR="002E73CF">
              <w:rPr>
                <w:rFonts w:asciiTheme="majorHAnsi" w:hAnsiTheme="majorHAnsi" w:cstheme="majorHAnsi"/>
              </w:rPr>
              <w:t>7</w:t>
            </w:r>
          </w:p>
        </w:tc>
      </w:tr>
      <w:tr w:rsidR="002C1A6A" w:rsidRPr="00DA6543" w14:paraId="657D93BC" w14:textId="77777777" w:rsidTr="004A641D">
        <w:tc>
          <w:tcPr>
            <w:tcW w:w="4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1B8DDD" w14:textId="77777777" w:rsidR="002C1A6A" w:rsidRPr="00DA6543" w:rsidRDefault="002C1A6A" w:rsidP="00CF00FD">
            <w:pPr>
              <w:rPr>
                <w:rFonts w:asciiTheme="majorHAnsi" w:hAnsiTheme="majorHAnsi" w:cstheme="majorHAnsi"/>
              </w:rPr>
            </w:pPr>
            <w:r w:rsidRPr="00DA6543">
              <w:rPr>
                <w:rFonts w:asciiTheme="majorHAnsi" w:hAnsiTheme="majorHAnsi" w:cstheme="majorHAnsi"/>
              </w:rPr>
              <w:t xml:space="preserve">Policy Owner:  </w:t>
            </w:r>
          </w:p>
        </w:tc>
        <w:tc>
          <w:tcPr>
            <w:tcW w:w="4296" w:type="dxa"/>
            <w:tcBorders>
              <w:top w:val="nil"/>
              <w:left w:val="nil"/>
              <w:bottom w:val="single" w:sz="8" w:space="0" w:color="auto"/>
              <w:right w:val="single" w:sz="8" w:space="0" w:color="auto"/>
            </w:tcBorders>
            <w:tcMar>
              <w:top w:w="0" w:type="dxa"/>
              <w:left w:w="108" w:type="dxa"/>
              <w:bottom w:w="0" w:type="dxa"/>
              <w:right w:w="108" w:type="dxa"/>
            </w:tcMar>
          </w:tcPr>
          <w:p w14:paraId="091E2BA8" w14:textId="51A7AFD7" w:rsidR="002C1A6A" w:rsidRPr="00DA6543" w:rsidRDefault="005A4931" w:rsidP="00CF00FD">
            <w:pPr>
              <w:rPr>
                <w:rFonts w:asciiTheme="majorHAnsi" w:hAnsiTheme="majorHAnsi" w:cstheme="majorHAnsi"/>
              </w:rPr>
            </w:pPr>
            <w:r>
              <w:rPr>
                <w:rFonts w:asciiTheme="majorHAnsi" w:hAnsiTheme="majorHAnsi" w:cstheme="majorHAnsi"/>
              </w:rPr>
              <w:t>SLT</w:t>
            </w:r>
          </w:p>
        </w:tc>
      </w:tr>
      <w:tr w:rsidR="004A641D" w:rsidRPr="00DA6543" w14:paraId="58F9DB75" w14:textId="77777777" w:rsidTr="004A641D">
        <w:tc>
          <w:tcPr>
            <w:tcW w:w="4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998CFC" w14:textId="5EBC117D" w:rsidR="004A641D" w:rsidRPr="00DA6543" w:rsidRDefault="004A641D" w:rsidP="004A641D">
            <w:pPr>
              <w:rPr>
                <w:rFonts w:asciiTheme="majorHAnsi" w:hAnsiTheme="majorHAnsi" w:cstheme="majorHAnsi"/>
              </w:rPr>
            </w:pPr>
            <w:r w:rsidRPr="00DA6543">
              <w:rPr>
                <w:rFonts w:asciiTheme="majorHAnsi" w:hAnsiTheme="majorHAnsi" w:cstheme="majorHAnsi"/>
              </w:rPr>
              <w:t xml:space="preserve">Ratified: </w:t>
            </w:r>
          </w:p>
        </w:tc>
        <w:tc>
          <w:tcPr>
            <w:tcW w:w="4296" w:type="dxa"/>
            <w:tcBorders>
              <w:top w:val="nil"/>
              <w:left w:val="nil"/>
              <w:bottom w:val="single" w:sz="8" w:space="0" w:color="auto"/>
              <w:right w:val="single" w:sz="8" w:space="0" w:color="auto"/>
            </w:tcBorders>
            <w:tcMar>
              <w:top w:w="0" w:type="dxa"/>
              <w:left w:w="108" w:type="dxa"/>
              <w:bottom w:w="0" w:type="dxa"/>
              <w:right w:w="108" w:type="dxa"/>
            </w:tcMar>
          </w:tcPr>
          <w:p w14:paraId="07E0DFE4" w14:textId="5B61D4C7" w:rsidR="004A641D" w:rsidRPr="00DA6543" w:rsidRDefault="004A641D" w:rsidP="004A641D">
            <w:pPr>
              <w:rPr>
                <w:rFonts w:asciiTheme="majorHAnsi" w:hAnsiTheme="majorHAnsi" w:cstheme="majorHAnsi"/>
              </w:rPr>
            </w:pPr>
            <w:r w:rsidRPr="00BE222B">
              <w:rPr>
                <w:rFonts w:ascii="Calibri" w:hAnsi="Calibri" w:cs="Calibri"/>
              </w:rPr>
              <w:t>Annually at Full Governing Board</w:t>
            </w:r>
          </w:p>
        </w:tc>
      </w:tr>
      <w:bookmarkEnd w:id="1"/>
    </w:tbl>
    <w:p w14:paraId="331AC5A5" w14:textId="4B2A23E0" w:rsidR="002C1A6A" w:rsidRDefault="002C1A6A" w:rsidP="002C1A6A">
      <w:pPr>
        <w:rPr>
          <w:rFonts w:asciiTheme="majorHAnsi" w:hAnsiTheme="majorHAnsi" w:cstheme="majorHAnsi"/>
        </w:rPr>
      </w:pPr>
    </w:p>
    <w:tbl>
      <w:tblPr>
        <w:tblStyle w:val="TableGrid"/>
        <w:tblW w:w="0" w:type="auto"/>
        <w:tblLook w:val="04A0" w:firstRow="1" w:lastRow="0" w:firstColumn="1" w:lastColumn="0" w:noHBand="0" w:noVBand="1"/>
      </w:tblPr>
      <w:tblGrid>
        <w:gridCol w:w="997"/>
        <w:gridCol w:w="5714"/>
        <w:gridCol w:w="1919"/>
      </w:tblGrid>
      <w:tr w:rsidR="00FB14B6" w14:paraId="328512AD" w14:textId="77777777" w:rsidTr="00FB14B6">
        <w:tc>
          <w:tcPr>
            <w:tcW w:w="704" w:type="dxa"/>
          </w:tcPr>
          <w:p w14:paraId="6C13C1C3" w14:textId="7A8F0FA3" w:rsidR="00FB14B6" w:rsidRDefault="00FB14B6" w:rsidP="002C1A6A">
            <w:pPr>
              <w:rPr>
                <w:rFonts w:asciiTheme="majorHAnsi" w:hAnsiTheme="majorHAnsi" w:cstheme="majorHAnsi"/>
              </w:rPr>
            </w:pPr>
            <w:r>
              <w:rPr>
                <w:rFonts w:asciiTheme="majorHAnsi" w:hAnsiTheme="majorHAnsi" w:cstheme="majorHAnsi"/>
              </w:rPr>
              <w:t>Date</w:t>
            </w:r>
          </w:p>
        </w:tc>
        <w:tc>
          <w:tcPr>
            <w:tcW w:w="5954" w:type="dxa"/>
          </w:tcPr>
          <w:p w14:paraId="4CFD59DD" w14:textId="6D4826E8" w:rsidR="00FB14B6" w:rsidRDefault="00FB14B6" w:rsidP="002C1A6A">
            <w:pPr>
              <w:rPr>
                <w:rFonts w:asciiTheme="majorHAnsi" w:hAnsiTheme="majorHAnsi" w:cstheme="majorHAnsi"/>
              </w:rPr>
            </w:pPr>
            <w:r>
              <w:rPr>
                <w:rFonts w:asciiTheme="majorHAnsi" w:hAnsiTheme="majorHAnsi" w:cstheme="majorHAnsi"/>
              </w:rPr>
              <w:t>Amendment</w:t>
            </w:r>
          </w:p>
        </w:tc>
        <w:tc>
          <w:tcPr>
            <w:tcW w:w="1972" w:type="dxa"/>
          </w:tcPr>
          <w:p w14:paraId="2E6D4F39" w14:textId="00397120" w:rsidR="00FB14B6" w:rsidRDefault="00FB14B6" w:rsidP="002C1A6A">
            <w:pPr>
              <w:rPr>
                <w:rFonts w:asciiTheme="majorHAnsi" w:hAnsiTheme="majorHAnsi" w:cstheme="majorHAnsi"/>
              </w:rPr>
            </w:pPr>
            <w:r>
              <w:rPr>
                <w:rFonts w:asciiTheme="majorHAnsi" w:hAnsiTheme="majorHAnsi" w:cstheme="majorHAnsi"/>
              </w:rPr>
              <w:t>Staff Member</w:t>
            </w:r>
          </w:p>
        </w:tc>
      </w:tr>
      <w:tr w:rsidR="00FB14B6" w14:paraId="07F1DE77" w14:textId="77777777" w:rsidTr="00FB14B6">
        <w:tc>
          <w:tcPr>
            <w:tcW w:w="704" w:type="dxa"/>
          </w:tcPr>
          <w:p w14:paraId="45AD6316" w14:textId="65BE4734" w:rsidR="00FB14B6" w:rsidRDefault="00FB14B6" w:rsidP="002C1A6A">
            <w:pPr>
              <w:rPr>
                <w:rFonts w:asciiTheme="majorHAnsi" w:hAnsiTheme="majorHAnsi" w:cstheme="majorHAnsi"/>
              </w:rPr>
            </w:pPr>
            <w:r>
              <w:rPr>
                <w:rFonts w:asciiTheme="majorHAnsi" w:hAnsiTheme="majorHAnsi" w:cstheme="majorHAnsi"/>
              </w:rPr>
              <w:t>12.12.25</w:t>
            </w:r>
          </w:p>
        </w:tc>
        <w:tc>
          <w:tcPr>
            <w:tcW w:w="5954" w:type="dxa"/>
          </w:tcPr>
          <w:p w14:paraId="27BF26E0" w14:textId="25DADC3D" w:rsidR="00FB14B6" w:rsidRDefault="00FB14B6" w:rsidP="002C1A6A">
            <w:pPr>
              <w:rPr>
                <w:rFonts w:asciiTheme="majorHAnsi" w:hAnsiTheme="majorHAnsi" w:cstheme="majorHAnsi"/>
              </w:rPr>
            </w:pPr>
            <w:r>
              <w:rPr>
                <w:rFonts w:asciiTheme="majorHAnsi" w:hAnsiTheme="majorHAnsi" w:cstheme="majorHAnsi"/>
              </w:rPr>
              <w:t xml:space="preserve">Addition of 10. Inclusion, SEND and Neurodiversity </w:t>
            </w:r>
          </w:p>
        </w:tc>
        <w:tc>
          <w:tcPr>
            <w:tcW w:w="1972" w:type="dxa"/>
          </w:tcPr>
          <w:p w14:paraId="6B4317B8" w14:textId="5971F7DA" w:rsidR="00FB14B6" w:rsidRDefault="00FB14B6" w:rsidP="002C1A6A">
            <w:pPr>
              <w:rPr>
                <w:rFonts w:asciiTheme="majorHAnsi" w:hAnsiTheme="majorHAnsi" w:cstheme="majorHAnsi"/>
              </w:rPr>
            </w:pPr>
            <w:r>
              <w:rPr>
                <w:rFonts w:asciiTheme="majorHAnsi" w:hAnsiTheme="majorHAnsi" w:cstheme="majorHAnsi"/>
              </w:rPr>
              <w:t>GM</w:t>
            </w:r>
          </w:p>
        </w:tc>
      </w:tr>
      <w:tr w:rsidR="007578AC" w14:paraId="50CF7622" w14:textId="77777777" w:rsidTr="00FB14B6">
        <w:tc>
          <w:tcPr>
            <w:tcW w:w="704" w:type="dxa"/>
          </w:tcPr>
          <w:p w14:paraId="609F32EB" w14:textId="34B55EAB" w:rsidR="007578AC" w:rsidRDefault="007578AC" w:rsidP="002C1A6A">
            <w:pPr>
              <w:rPr>
                <w:rFonts w:asciiTheme="majorHAnsi" w:hAnsiTheme="majorHAnsi" w:cstheme="majorHAnsi"/>
              </w:rPr>
            </w:pPr>
            <w:r>
              <w:rPr>
                <w:rFonts w:asciiTheme="majorHAnsi" w:hAnsiTheme="majorHAnsi" w:cstheme="majorHAnsi"/>
              </w:rPr>
              <w:t>16.1.25</w:t>
            </w:r>
          </w:p>
        </w:tc>
        <w:tc>
          <w:tcPr>
            <w:tcW w:w="5954" w:type="dxa"/>
          </w:tcPr>
          <w:p w14:paraId="56715AD4" w14:textId="45BA8BF6" w:rsidR="007578AC" w:rsidRDefault="007578AC" w:rsidP="002C1A6A">
            <w:pPr>
              <w:rPr>
                <w:rFonts w:asciiTheme="majorHAnsi" w:hAnsiTheme="majorHAnsi" w:cstheme="majorHAnsi"/>
              </w:rPr>
            </w:pPr>
            <w:r>
              <w:rPr>
                <w:rFonts w:asciiTheme="majorHAnsi" w:hAnsiTheme="majorHAnsi" w:cstheme="majorHAnsi"/>
              </w:rPr>
              <w:t>Corporal Punishment</w:t>
            </w:r>
            <w:r w:rsidR="00305BE2">
              <w:rPr>
                <w:rFonts w:asciiTheme="majorHAnsi" w:hAnsiTheme="majorHAnsi" w:cstheme="majorHAnsi"/>
              </w:rPr>
              <w:t xml:space="preserve"> and restrain</w:t>
            </w:r>
            <w:r>
              <w:rPr>
                <w:rFonts w:asciiTheme="majorHAnsi" w:hAnsiTheme="majorHAnsi" w:cstheme="majorHAnsi"/>
              </w:rPr>
              <w:t>, Exclusions</w:t>
            </w:r>
          </w:p>
        </w:tc>
        <w:tc>
          <w:tcPr>
            <w:tcW w:w="1972" w:type="dxa"/>
          </w:tcPr>
          <w:p w14:paraId="55B661B6" w14:textId="6BA480A5" w:rsidR="007578AC" w:rsidRDefault="007578AC" w:rsidP="002C1A6A">
            <w:pPr>
              <w:rPr>
                <w:rFonts w:asciiTheme="majorHAnsi" w:hAnsiTheme="majorHAnsi" w:cstheme="majorHAnsi"/>
              </w:rPr>
            </w:pPr>
            <w:r>
              <w:rPr>
                <w:rFonts w:asciiTheme="majorHAnsi" w:hAnsiTheme="majorHAnsi" w:cstheme="majorHAnsi"/>
              </w:rPr>
              <w:t>GM</w:t>
            </w:r>
          </w:p>
        </w:tc>
      </w:tr>
      <w:tr w:rsidR="00BB5635" w14:paraId="7E24D0F4" w14:textId="77777777" w:rsidTr="00FB14B6">
        <w:tc>
          <w:tcPr>
            <w:tcW w:w="704" w:type="dxa"/>
          </w:tcPr>
          <w:p w14:paraId="3DAB2C1A" w14:textId="212C2FB1" w:rsidR="00BB5635" w:rsidRDefault="00AE4931" w:rsidP="002C1A6A">
            <w:pPr>
              <w:rPr>
                <w:rFonts w:asciiTheme="majorHAnsi" w:hAnsiTheme="majorHAnsi" w:cstheme="majorHAnsi"/>
              </w:rPr>
            </w:pPr>
            <w:r>
              <w:rPr>
                <w:rFonts w:asciiTheme="majorHAnsi" w:hAnsiTheme="majorHAnsi" w:cstheme="majorHAnsi"/>
              </w:rPr>
              <w:t>4.2.26</w:t>
            </w:r>
          </w:p>
        </w:tc>
        <w:tc>
          <w:tcPr>
            <w:tcW w:w="5954" w:type="dxa"/>
          </w:tcPr>
          <w:p w14:paraId="6AC7A4E1" w14:textId="046293C1" w:rsidR="00BB5635" w:rsidRDefault="00AE4931" w:rsidP="002C1A6A">
            <w:pPr>
              <w:rPr>
                <w:rFonts w:asciiTheme="majorHAnsi" w:hAnsiTheme="majorHAnsi" w:cstheme="majorHAnsi"/>
              </w:rPr>
            </w:pPr>
            <w:r>
              <w:rPr>
                <w:rFonts w:asciiTheme="majorHAnsi" w:hAnsiTheme="majorHAnsi" w:cstheme="majorHAnsi"/>
              </w:rPr>
              <w:t xml:space="preserve">Addition of </w:t>
            </w:r>
            <w:r w:rsidR="00B0085A">
              <w:rPr>
                <w:rFonts w:asciiTheme="majorHAnsi" w:hAnsiTheme="majorHAnsi" w:cstheme="majorHAnsi"/>
              </w:rPr>
              <w:t>effects</w:t>
            </w:r>
            <w:r>
              <w:rPr>
                <w:rFonts w:asciiTheme="majorHAnsi" w:hAnsiTheme="majorHAnsi" w:cstheme="majorHAnsi"/>
              </w:rPr>
              <w:t xml:space="preserve"> </w:t>
            </w:r>
            <w:r w:rsidR="00B0085A">
              <w:rPr>
                <w:rFonts w:asciiTheme="majorHAnsi" w:hAnsiTheme="majorHAnsi" w:cstheme="majorHAnsi"/>
              </w:rPr>
              <w:t>domestic abuse</w:t>
            </w:r>
            <w:r w:rsidR="00534A28">
              <w:rPr>
                <w:rFonts w:asciiTheme="majorHAnsi" w:hAnsiTheme="majorHAnsi" w:cstheme="majorHAnsi"/>
              </w:rPr>
              <w:t xml:space="preserve"> on children</w:t>
            </w:r>
          </w:p>
        </w:tc>
        <w:tc>
          <w:tcPr>
            <w:tcW w:w="1972" w:type="dxa"/>
          </w:tcPr>
          <w:p w14:paraId="080D37DD" w14:textId="0D554EAF" w:rsidR="00BB5635" w:rsidRDefault="00534A28" w:rsidP="002C1A6A">
            <w:pPr>
              <w:rPr>
                <w:rFonts w:asciiTheme="majorHAnsi" w:hAnsiTheme="majorHAnsi" w:cstheme="majorHAnsi"/>
              </w:rPr>
            </w:pPr>
            <w:r>
              <w:rPr>
                <w:rFonts w:asciiTheme="majorHAnsi" w:hAnsiTheme="majorHAnsi" w:cstheme="majorHAnsi"/>
              </w:rPr>
              <w:t>RD</w:t>
            </w:r>
          </w:p>
        </w:tc>
      </w:tr>
      <w:tr w:rsidR="008166FF" w14:paraId="439AC5D1" w14:textId="77777777" w:rsidTr="00FB14B6">
        <w:tc>
          <w:tcPr>
            <w:tcW w:w="704" w:type="dxa"/>
          </w:tcPr>
          <w:p w14:paraId="26DBA842" w14:textId="7F52A90C" w:rsidR="008166FF" w:rsidRDefault="008166FF" w:rsidP="002C1A6A">
            <w:pPr>
              <w:rPr>
                <w:rFonts w:asciiTheme="majorHAnsi" w:hAnsiTheme="majorHAnsi" w:cstheme="majorHAnsi"/>
              </w:rPr>
            </w:pPr>
            <w:r>
              <w:rPr>
                <w:rFonts w:asciiTheme="majorHAnsi" w:hAnsiTheme="majorHAnsi" w:cstheme="majorHAnsi"/>
              </w:rPr>
              <w:t>9.2.26</w:t>
            </w:r>
          </w:p>
        </w:tc>
        <w:tc>
          <w:tcPr>
            <w:tcW w:w="5954" w:type="dxa"/>
          </w:tcPr>
          <w:p w14:paraId="53D2AC90" w14:textId="16831612" w:rsidR="008166FF" w:rsidRDefault="008166FF" w:rsidP="002C1A6A">
            <w:pPr>
              <w:rPr>
                <w:rFonts w:asciiTheme="majorHAnsi" w:hAnsiTheme="majorHAnsi" w:cstheme="majorHAnsi"/>
              </w:rPr>
            </w:pPr>
            <w:r>
              <w:rPr>
                <w:rFonts w:asciiTheme="majorHAnsi" w:hAnsiTheme="majorHAnsi" w:cstheme="majorHAnsi"/>
              </w:rPr>
              <w:t>Extended roles and responsibilities to include Governors</w:t>
            </w:r>
          </w:p>
        </w:tc>
        <w:tc>
          <w:tcPr>
            <w:tcW w:w="1972" w:type="dxa"/>
          </w:tcPr>
          <w:p w14:paraId="5433002E" w14:textId="168C43C9" w:rsidR="008166FF" w:rsidRDefault="008166FF" w:rsidP="002C1A6A">
            <w:pPr>
              <w:rPr>
                <w:rFonts w:asciiTheme="majorHAnsi" w:hAnsiTheme="majorHAnsi" w:cstheme="majorHAnsi"/>
              </w:rPr>
            </w:pPr>
            <w:r>
              <w:rPr>
                <w:rFonts w:asciiTheme="majorHAnsi" w:hAnsiTheme="majorHAnsi" w:cstheme="majorHAnsi"/>
              </w:rPr>
              <w:t>GM</w:t>
            </w:r>
          </w:p>
        </w:tc>
      </w:tr>
    </w:tbl>
    <w:p w14:paraId="2AAF1B9F" w14:textId="77777777" w:rsidR="00FB14B6" w:rsidRDefault="00FB14B6" w:rsidP="002C1A6A">
      <w:pPr>
        <w:rPr>
          <w:rFonts w:asciiTheme="majorHAnsi" w:hAnsiTheme="majorHAnsi" w:cstheme="majorHAnsi"/>
        </w:rPr>
      </w:pPr>
    </w:p>
    <w:p w14:paraId="1DEFA989" w14:textId="77777777" w:rsidR="00A7069D" w:rsidRPr="00DA6543" w:rsidRDefault="00A7069D" w:rsidP="002C1A6A">
      <w:pPr>
        <w:rPr>
          <w:rFonts w:asciiTheme="majorHAnsi" w:hAnsiTheme="majorHAnsi" w:cstheme="majorHAnsi"/>
        </w:rPr>
      </w:pPr>
    </w:p>
    <w:p w14:paraId="251D224F" w14:textId="77777777" w:rsidR="002C1A6A" w:rsidRPr="00DA6543" w:rsidRDefault="002C1A6A" w:rsidP="002C1A6A">
      <w:pPr>
        <w:rPr>
          <w:rFonts w:asciiTheme="majorHAnsi" w:hAnsiTheme="majorHAnsi" w:cstheme="majorHAnsi"/>
          <w:b/>
        </w:rPr>
      </w:pPr>
      <w:r w:rsidRPr="00DA6543">
        <w:rPr>
          <w:rFonts w:asciiTheme="majorHAnsi" w:hAnsiTheme="majorHAnsi" w:cstheme="majorHAnsi"/>
          <w:b/>
        </w:rPr>
        <w:t>Mission Statement</w:t>
      </w:r>
    </w:p>
    <w:p w14:paraId="69BA0298" w14:textId="77777777" w:rsidR="002C1A6A" w:rsidRPr="00DA6543" w:rsidRDefault="002C1A6A" w:rsidP="002C1A6A">
      <w:pPr>
        <w:jc w:val="both"/>
        <w:rPr>
          <w:rFonts w:asciiTheme="majorHAnsi" w:hAnsiTheme="majorHAnsi" w:cstheme="majorHAnsi"/>
        </w:rPr>
      </w:pPr>
      <w:r w:rsidRPr="00DA6543">
        <w:rPr>
          <w:rFonts w:asciiTheme="majorHAnsi" w:hAnsiTheme="majorHAnsi" w:cstheme="majorHAns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20026F84" w14:textId="77777777" w:rsidR="002C1A6A" w:rsidRPr="00DA6543" w:rsidRDefault="002C1A6A" w:rsidP="002C1A6A">
      <w:pPr>
        <w:rPr>
          <w:rFonts w:asciiTheme="majorHAnsi" w:hAnsiTheme="majorHAnsi" w:cstheme="majorHAnsi"/>
        </w:rPr>
      </w:pPr>
    </w:p>
    <w:p w14:paraId="187CDCD1" w14:textId="77777777" w:rsidR="002C1A6A" w:rsidRPr="00DA6543" w:rsidRDefault="002C1A6A" w:rsidP="002C1A6A">
      <w:pPr>
        <w:rPr>
          <w:rFonts w:asciiTheme="majorHAnsi" w:hAnsiTheme="majorHAnsi" w:cstheme="majorHAnsi"/>
          <w:b/>
        </w:rPr>
      </w:pPr>
      <w:bookmarkStart w:id="2" w:name="_Hlk208834729"/>
      <w:r w:rsidRPr="00DA6543">
        <w:rPr>
          <w:rFonts w:asciiTheme="majorHAnsi" w:hAnsiTheme="majorHAnsi" w:cstheme="majorHAnsi"/>
          <w:b/>
        </w:rPr>
        <w:t>Statement of Aims &amp; Objectives</w:t>
      </w:r>
      <w:bookmarkEnd w:id="2"/>
    </w:p>
    <w:p w14:paraId="09300ACE" w14:textId="77777777" w:rsidR="002C1A6A" w:rsidRPr="00DA6543" w:rsidRDefault="002C1A6A" w:rsidP="002C1A6A">
      <w:pPr>
        <w:numPr>
          <w:ilvl w:val="0"/>
          <w:numId w:val="10"/>
        </w:numPr>
        <w:spacing w:after="0" w:line="240" w:lineRule="auto"/>
        <w:rPr>
          <w:rFonts w:asciiTheme="majorHAnsi" w:hAnsiTheme="majorHAnsi" w:cstheme="majorHAnsi"/>
        </w:rPr>
      </w:pPr>
      <w:r w:rsidRPr="00DA6543">
        <w:rPr>
          <w:rFonts w:asciiTheme="majorHAnsi" w:hAnsiTheme="majorHAnsi" w:cstheme="majorHAnsi"/>
        </w:rPr>
        <w:t>To enable each child to fulfil their own academic and personal potential.</w:t>
      </w:r>
    </w:p>
    <w:p w14:paraId="131B4240" w14:textId="77777777" w:rsidR="002C1A6A" w:rsidRPr="00DA6543" w:rsidRDefault="002C1A6A" w:rsidP="002C1A6A">
      <w:pPr>
        <w:numPr>
          <w:ilvl w:val="0"/>
          <w:numId w:val="10"/>
        </w:numPr>
        <w:spacing w:after="0" w:line="240" w:lineRule="auto"/>
        <w:rPr>
          <w:rFonts w:asciiTheme="majorHAnsi" w:hAnsiTheme="majorHAnsi" w:cstheme="majorHAnsi"/>
        </w:rPr>
      </w:pPr>
      <w:r w:rsidRPr="00DA6543">
        <w:rPr>
          <w:rFonts w:asciiTheme="majorHAnsi" w:hAnsiTheme="majorHAnsi" w:cstheme="majorHAnsi"/>
        </w:rPr>
        <w:t xml:space="preserve">To </w:t>
      </w:r>
      <w:proofErr w:type="spellStart"/>
      <w:r w:rsidRPr="00DA6543">
        <w:rPr>
          <w:rFonts w:asciiTheme="majorHAnsi" w:hAnsiTheme="majorHAnsi" w:cstheme="majorHAnsi"/>
        </w:rPr>
        <w:t>instil</w:t>
      </w:r>
      <w:proofErr w:type="spellEnd"/>
      <w:r w:rsidRPr="00DA6543">
        <w:rPr>
          <w:rFonts w:asciiTheme="majorHAnsi" w:hAnsiTheme="majorHAnsi" w:cstheme="majorHAnsi"/>
        </w:rPr>
        <w:t xml:space="preserve"> in every child the importance of developing personal initiative and to foster in them a belief that they can fulfil their potential in any area of school life.</w:t>
      </w:r>
    </w:p>
    <w:p w14:paraId="17C95AAF" w14:textId="77777777" w:rsidR="002C1A6A" w:rsidRPr="00DA6543" w:rsidRDefault="002C1A6A" w:rsidP="002C1A6A">
      <w:pPr>
        <w:numPr>
          <w:ilvl w:val="0"/>
          <w:numId w:val="10"/>
        </w:numPr>
        <w:spacing w:after="0" w:line="240" w:lineRule="auto"/>
        <w:rPr>
          <w:rFonts w:asciiTheme="majorHAnsi" w:hAnsiTheme="majorHAnsi" w:cstheme="majorHAnsi"/>
        </w:rPr>
      </w:pPr>
      <w:r w:rsidRPr="00DA6543">
        <w:rPr>
          <w:rFonts w:asciiTheme="majorHAnsi" w:hAnsiTheme="majorHAnsi" w:cstheme="majorHAnsi"/>
        </w:rPr>
        <w:t>To provide a broad based academic and extra-curricular education that is delivered in such a way as to satisfy the learning needs of each and every pupil.</w:t>
      </w:r>
    </w:p>
    <w:p w14:paraId="22A89F5A" w14:textId="77777777" w:rsidR="002C1A6A" w:rsidRPr="00DA6543" w:rsidRDefault="002C1A6A" w:rsidP="002C1A6A">
      <w:pPr>
        <w:numPr>
          <w:ilvl w:val="0"/>
          <w:numId w:val="10"/>
        </w:numPr>
        <w:spacing w:after="0" w:line="240" w:lineRule="auto"/>
        <w:rPr>
          <w:rFonts w:asciiTheme="majorHAnsi" w:hAnsiTheme="majorHAnsi" w:cstheme="majorHAnsi"/>
        </w:rPr>
      </w:pPr>
      <w:r w:rsidRPr="00DA6543">
        <w:rPr>
          <w:rFonts w:asciiTheme="majorHAnsi" w:hAnsiTheme="majorHAnsi" w:cstheme="majorHAnsi"/>
        </w:rPr>
        <w:t>To help each pupil to develop both a set of Christian values and an understanding and appreciation of other religious beliefs.</w:t>
      </w:r>
    </w:p>
    <w:p w14:paraId="39F606E1" w14:textId="77777777" w:rsidR="002C1A6A" w:rsidRPr="00DA6543" w:rsidRDefault="002C1A6A" w:rsidP="002C1A6A">
      <w:pPr>
        <w:numPr>
          <w:ilvl w:val="0"/>
          <w:numId w:val="10"/>
        </w:numPr>
        <w:spacing w:after="0" w:line="240" w:lineRule="auto"/>
        <w:rPr>
          <w:rFonts w:asciiTheme="majorHAnsi" w:hAnsiTheme="majorHAnsi" w:cstheme="majorHAnsi"/>
        </w:rPr>
      </w:pPr>
      <w:r w:rsidRPr="00DA6543">
        <w:rPr>
          <w:rFonts w:asciiTheme="majorHAnsi" w:hAnsiTheme="majorHAnsi" w:cstheme="majorHAnsi"/>
        </w:rPr>
        <w:t>To learn the difference between right and wrong and to appreciate that rights and responsibilities are equally balanced.</w:t>
      </w:r>
    </w:p>
    <w:p w14:paraId="2E72AEA5" w14:textId="77777777" w:rsidR="002C1A6A" w:rsidRPr="00DA6543" w:rsidRDefault="002C1A6A" w:rsidP="002C1A6A">
      <w:pPr>
        <w:numPr>
          <w:ilvl w:val="0"/>
          <w:numId w:val="10"/>
        </w:numPr>
        <w:spacing w:after="0" w:line="240" w:lineRule="auto"/>
        <w:rPr>
          <w:rFonts w:asciiTheme="majorHAnsi" w:hAnsiTheme="majorHAnsi" w:cstheme="majorHAnsi"/>
        </w:rPr>
      </w:pPr>
      <w:r w:rsidRPr="00DA6543">
        <w:rPr>
          <w:rFonts w:asciiTheme="majorHAnsi" w:hAnsiTheme="majorHAnsi" w:cstheme="majorHAnsi"/>
        </w:rPr>
        <w:t>To develop and promote a sense of caring and community between the pupils within the school and the wider community as a whole.</w:t>
      </w:r>
    </w:p>
    <w:p w14:paraId="00A2BFAB" w14:textId="77777777" w:rsidR="002C1A6A" w:rsidRPr="00DA6543" w:rsidRDefault="002C1A6A" w:rsidP="002C1A6A">
      <w:pPr>
        <w:numPr>
          <w:ilvl w:val="0"/>
          <w:numId w:val="10"/>
        </w:numPr>
        <w:spacing w:after="0" w:line="240" w:lineRule="auto"/>
        <w:rPr>
          <w:rFonts w:asciiTheme="majorHAnsi" w:hAnsiTheme="majorHAnsi" w:cstheme="majorHAnsi"/>
        </w:rPr>
      </w:pPr>
      <w:r w:rsidRPr="00DA6543">
        <w:rPr>
          <w:rFonts w:asciiTheme="majorHAnsi" w:hAnsiTheme="majorHAnsi" w:cstheme="majorHAnsi"/>
        </w:rPr>
        <w:lastRenderedPageBreak/>
        <w:t xml:space="preserve">To </w:t>
      </w:r>
      <w:proofErr w:type="spellStart"/>
      <w:r w:rsidRPr="00DA6543">
        <w:rPr>
          <w:rFonts w:asciiTheme="majorHAnsi" w:hAnsiTheme="majorHAnsi" w:cstheme="majorHAnsi"/>
        </w:rPr>
        <w:t>instil</w:t>
      </w:r>
      <w:proofErr w:type="spellEnd"/>
      <w:r w:rsidRPr="00DA6543">
        <w:rPr>
          <w:rFonts w:asciiTheme="majorHAnsi" w:hAnsiTheme="majorHAnsi" w:cstheme="majorHAnsi"/>
        </w:rPr>
        <w:t xml:space="preserve"> in each pupil a high degree of self-respect and respect for their fellow pupils, teachers and other adults.</w:t>
      </w:r>
    </w:p>
    <w:p w14:paraId="7E9FC0C9" w14:textId="77777777" w:rsidR="002C1A6A" w:rsidRPr="00DA6543" w:rsidRDefault="002C1A6A" w:rsidP="002C1A6A">
      <w:pPr>
        <w:numPr>
          <w:ilvl w:val="0"/>
          <w:numId w:val="10"/>
        </w:numPr>
        <w:spacing w:after="0" w:line="240" w:lineRule="auto"/>
        <w:rPr>
          <w:rFonts w:asciiTheme="majorHAnsi" w:hAnsiTheme="majorHAnsi" w:cstheme="majorHAnsi"/>
        </w:rPr>
      </w:pPr>
      <w:r w:rsidRPr="00DA6543">
        <w:rPr>
          <w:rFonts w:asciiTheme="majorHAnsi" w:hAnsiTheme="majorHAnsi" w:cstheme="majorHAnsi"/>
        </w:rPr>
        <w:t>To prepare each child for the transition to the next stage of their education and to be able to take advantage of any opportunities as they present themselves</w:t>
      </w:r>
    </w:p>
    <w:p w14:paraId="51B3CBAA" w14:textId="77777777" w:rsidR="002C1A6A" w:rsidRDefault="002C1A6A" w:rsidP="002C1A6A">
      <w:pPr>
        <w:rPr>
          <w:rFonts w:asciiTheme="majorHAnsi" w:hAnsiTheme="majorHAnsi" w:cstheme="majorHAnsi"/>
          <w:b/>
        </w:rPr>
      </w:pPr>
    </w:p>
    <w:p w14:paraId="79992CAB" w14:textId="77777777" w:rsidR="00DA6543" w:rsidRPr="00DA6543" w:rsidRDefault="00DA6543" w:rsidP="002C1A6A">
      <w:pPr>
        <w:rPr>
          <w:rFonts w:asciiTheme="majorHAnsi" w:hAnsiTheme="majorHAnsi" w:cstheme="majorHAnsi"/>
          <w:b/>
        </w:rPr>
      </w:pPr>
    </w:p>
    <w:p w14:paraId="169E0E1B" w14:textId="5783FC49" w:rsidR="002C1A6A" w:rsidRPr="00BC0F95" w:rsidRDefault="002C1A6A" w:rsidP="002C1A6A">
      <w:pPr>
        <w:rPr>
          <w:rFonts w:asciiTheme="majorHAnsi" w:hAnsiTheme="majorHAnsi" w:cstheme="majorHAnsi"/>
          <w:b/>
        </w:rPr>
      </w:pPr>
      <w:r w:rsidRPr="00DA6543">
        <w:rPr>
          <w:rFonts w:asciiTheme="majorHAnsi" w:hAnsiTheme="majorHAnsi" w:cstheme="majorHAnsi"/>
          <w:b/>
        </w:rPr>
        <w:t xml:space="preserve">Safeguarding </w:t>
      </w:r>
    </w:p>
    <w:p w14:paraId="5399A4CD" w14:textId="7D724F29" w:rsidR="002C1A6A" w:rsidRPr="00DA6543" w:rsidRDefault="002C1A6A" w:rsidP="00BC0F95">
      <w:pPr>
        <w:jc w:val="both"/>
        <w:rPr>
          <w:rFonts w:asciiTheme="majorHAnsi" w:hAnsiTheme="majorHAnsi" w:cstheme="majorHAnsi"/>
        </w:rPr>
      </w:pPr>
      <w:r w:rsidRPr="00DA6543">
        <w:rPr>
          <w:rFonts w:asciiTheme="majorHAnsi" w:hAnsiTheme="majorHAnsi" w:cstheme="majorHAnsi"/>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48541C7F" w14:textId="77777777" w:rsidR="002C1A6A" w:rsidRPr="00DA6543" w:rsidRDefault="002C1A6A" w:rsidP="002C1A6A">
      <w:pPr>
        <w:rPr>
          <w:rFonts w:asciiTheme="majorHAnsi" w:hAnsiTheme="majorHAnsi" w:cstheme="majorHAnsi"/>
        </w:rPr>
      </w:pPr>
      <w:r w:rsidRPr="00DA6543">
        <w:rPr>
          <w:rFonts w:asciiTheme="majorHAnsi" w:hAnsiTheme="majorHAnsi" w:cstheme="majorHAnsi"/>
        </w:rPr>
        <w:t xml:space="preserve">All staff will be asked to complete training annually following KCSIE updates.  Further safeguard training will take place throughout the year.  All staff must wear their lanyards at all times.  </w:t>
      </w:r>
    </w:p>
    <w:p w14:paraId="5DD60DAD" w14:textId="77777777" w:rsidR="002C1A6A" w:rsidRPr="00DA6543" w:rsidRDefault="002C1A6A" w:rsidP="002C1A6A">
      <w:pPr>
        <w:rPr>
          <w:rFonts w:asciiTheme="majorHAnsi" w:hAnsiTheme="majorHAnsi" w:cstheme="majorHAnsi"/>
        </w:rPr>
      </w:pPr>
    </w:p>
    <w:p w14:paraId="5D737AC8" w14:textId="03B7E57E" w:rsidR="00165F6B" w:rsidRPr="00165F6B" w:rsidRDefault="00165F6B" w:rsidP="00165F6B">
      <w:pPr>
        <w:spacing w:before="240" w:after="120"/>
        <w:rPr>
          <w:rFonts w:asciiTheme="majorHAnsi" w:hAnsiTheme="majorHAnsi" w:cstheme="majorHAnsi"/>
        </w:rPr>
      </w:pPr>
      <w:r w:rsidRPr="00165F6B">
        <w:rPr>
          <w:rFonts w:asciiTheme="majorHAnsi" w:hAnsiTheme="majorHAnsi" w:cstheme="majorHAnsi"/>
        </w:rPr>
        <w:t xml:space="preserve">The Safeguarding governor is: Pauline Clark  </w:t>
      </w:r>
      <w:hyperlink r:id="rId8" w:history="1">
        <w:r w:rsidRPr="007A28B3">
          <w:rPr>
            <w:rStyle w:val="Hyperlink"/>
            <w:rFonts w:asciiTheme="majorHAnsi" w:hAnsiTheme="majorHAnsi" w:cstheme="majorHAnsi"/>
          </w:rPr>
          <w:t>Pauline.clark@oakhyrstgrangeschool.co.uk</w:t>
        </w:r>
      </w:hyperlink>
      <w:r>
        <w:rPr>
          <w:rFonts w:asciiTheme="majorHAnsi" w:hAnsiTheme="majorHAnsi" w:cstheme="majorHAnsi"/>
        </w:rPr>
        <w:t xml:space="preserve"> </w:t>
      </w:r>
      <w:r w:rsidRPr="00165F6B">
        <w:rPr>
          <w:rFonts w:asciiTheme="majorHAnsi" w:hAnsiTheme="majorHAnsi" w:cstheme="majorHAnsi"/>
        </w:rPr>
        <w:t xml:space="preserve"> </w:t>
      </w:r>
      <w:r w:rsidRPr="00165F6B">
        <w:rPr>
          <w:rFonts w:asciiTheme="majorHAnsi" w:hAnsiTheme="majorHAnsi" w:cstheme="majorHAnsi"/>
        </w:rPr>
        <w:br/>
      </w:r>
    </w:p>
    <w:p w14:paraId="323A39B3" w14:textId="77777777" w:rsidR="00165F6B" w:rsidRPr="00165F6B" w:rsidRDefault="00165F6B" w:rsidP="00165F6B">
      <w:pPr>
        <w:spacing w:before="240" w:after="120"/>
        <w:rPr>
          <w:rFonts w:asciiTheme="majorHAnsi" w:hAnsiTheme="majorHAnsi" w:cstheme="majorHAnsi"/>
        </w:rPr>
      </w:pPr>
      <w:r w:rsidRPr="00165F6B">
        <w:rPr>
          <w:rFonts w:asciiTheme="majorHAnsi" w:hAnsiTheme="majorHAnsi" w:cstheme="majorHAnsi"/>
        </w:rPr>
        <w:t xml:space="preserve">DSL: Roxann Dowling (Head of EYFS) </w:t>
      </w:r>
    </w:p>
    <w:p w14:paraId="7EC46935" w14:textId="77777777" w:rsidR="00165F6B" w:rsidRPr="00165F6B" w:rsidRDefault="00165F6B" w:rsidP="00165F6B">
      <w:pPr>
        <w:spacing w:after="120"/>
        <w:rPr>
          <w:rFonts w:asciiTheme="majorHAnsi" w:hAnsiTheme="majorHAnsi" w:cstheme="majorHAnsi"/>
        </w:rPr>
      </w:pPr>
      <w:r w:rsidRPr="00165F6B">
        <w:rPr>
          <w:rFonts w:asciiTheme="majorHAnsi" w:hAnsiTheme="majorHAnsi" w:cstheme="majorHAnsi"/>
        </w:rPr>
        <w:t xml:space="preserve">DDSL: Gemma Mitchell (Headteacher) </w:t>
      </w:r>
    </w:p>
    <w:p w14:paraId="500506A5" w14:textId="77777777" w:rsidR="00165F6B" w:rsidRPr="00165F6B" w:rsidRDefault="00165F6B" w:rsidP="00165F6B">
      <w:pPr>
        <w:spacing w:after="120"/>
        <w:rPr>
          <w:rFonts w:asciiTheme="majorHAnsi" w:hAnsiTheme="majorHAnsi" w:cstheme="majorHAnsi"/>
        </w:rPr>
      </w:pPr>
      <w:r w:rsidRPr="00165F6B">
        <w:rPr>
          <w:rFonts w:asciiTheme="majorHAnsi" w:hAnsiTheme="majorHAnsi" w:cstheme="majorHAnsi"/>
        </w:rPr>
        <w:t xml:space="preserve">DDSL: Faye Dance (Deputy Headteacher)  </w:t>
      </w:r>
      <w:r w:rsidRPr="00165F6B">
        <w:rPr>
          <w:rFonts w:asciiTheme="majorHAnsi" w:hAnsiTheme="majorHAnsi" w:cstheme="majorHAnsi"/>
        </w:rPr>
        <w:br/>
      </w:r>
    </w:p>
    <w:p w14:paraId="6BDCD376" w14:textId="77777777" w:rsidR="00165F6B" w:rsidRPr="00165F6B" w:rsidRDefault="00165F6B" w:rsidP="00165F6B">
      <w:pPr>
        <w:spacing w:after="120"/>
        <w:rPr>
          <w:rFonts w:asciiTheme="majorHAnsi" w:hAnsiTheme="majorHAnsi" w:cstheme="majorHAnsi"/>
        </w:rPr>
      </w:pPr>
      <w:r w:rsidRPr="00165F6B">
        <w:rPr>
          <w:rFonts w:asciiTheme="majorHAnsi" w:hAnsiTheme="majorHAnsi" w:cstheme="majorHAnsi"/>
        </w:rPr>
        <w:t>Telephone: 01883 343344</w:t>
      </w:r>
    </w:p>
    <w:p w14:paraId="11A948CF" w14:textId="147B80CF" w:rsidR="00165F6B" w:rsidRPr="00165F6B" w:rsidRDefault="00165F6B" w:rsidP="00165F6B">
      <w:pPr>
        <w:rPr>
          <w:rFonts w:asciiTheme="majorHAnsi" w:hAnsiTheme="majorHAnsi" w:cstheme="majorHAnsi"/>
        </w:rPr>
      </w:pPr>
      <w:r w:rsidRPr="00165F6B">
        <w:rPr>
          <w:rFonts w:asciiTheme="majorHAnsi" w:hAnsiTheme="majorHAnsi" w:cstheme="majorHAnsi"/>
        </w:rPr>
        <w:t xml:space="preserve">Safeguarding Team: </w:t>
      </w:r>
      <w:hyperlink r:id="rId9" w:history="1">
        <w:r w:rsidRPr="007A28B3">
          <w:rPr>
            <w:rStyle w:val="Hyperlink"/>
            <w:rFonts w:asciiTheme="majorHAnsi" w:hAnsiTheme="majorHAnsi" w:cstheme="majorHAnsi"/>
          </w:rPr>
          <w:t>DSL@oakhyrstgrangeschool.co.uk</w:t>
        </w:r>
      </w:hyperlink>
      <w:r>
        <w:rPr>
          <w:rFonts w:asciiTheme="majorHAnsi" w:hAnsiTheme="majorHAnsi" w:cstheme="majorHAnsi"/>
        </w:rPr>
        <w:t xml:space="preserve"> </w:t>
      </w:r>
    </w:p>
    <w:p w14:paraId="6D74D031" w14:textId="77777777" w:rsidR="002C1A6A" w:rsidRPr="00DA6543" w:rsidRDefault="002C1A6A" w:rsidP="002C1A6A">
      <w:pPr>
        <w:rPr>
          <w:rFonts w:asciiTheme="majorHAnsi" w:hAnsiTheme="majorHAnsi" w:cstheme="majorHAnsi"/>
        </w:rPr>
      </w:pPr>
    </w:p>
    <w:p w14:paraId="3563DBB7" w14:textId="77777777" w:rsidR="002C1A6A" w:rsidRPr="00DA6543" w:rsidRDefault="002C1A6A" w:rsidP="002C1A6A">
      <w:pPr>
        <w:rPr>
          <w:rFonts w:asciiTheme="majorHAnsi" w:hAnsiTheme="majorHAnsi" w:cstheme="majorHAnsi"/>
        </w:rPr>
      </w:pPr>
    </w:p>
    <w:p w14:paraId="2190CD75" w14:textId="2553E583" w:rsidR="002C1A6A" w:rsidRDefault="002C1A6A" w:rsidP="002C1A6A">
      <w:pPr>
        <w:rPr>
          <w:rFonts w:asciiTheme="majorHAnsi" w:hAnsiTheme="majorHAnsi" w:cstheme="majorHAnsi"/>
        </w:rPr>
      </w:pPr>
    </w:p>
    <w:p w14:paraId="1E9891C2" w14:textId="77777777" w:rsidR="00BC0F95" w:rsidRDefault="00BC0F95" w:rsidP="002C1A6A">
      <w:pPr>
        <w:rPr>
          <w:rFonts w:asciiTheme="majorHAnsi" w:hAnsiTheme="majorHAnsi" w:cstheme="majorHAnsi"/>
        </w:rPr>
      </w:pPr>
    </w:p>
    <w:p w14:paraId="4B26D280" w14:textId="77777777" w:rsidR="00DA6543" w:rsidRPr="00DA6543" w:rsidRDefault="00DA6543" w:rsidP="002C1A6A">
      <w:pPr>
        <w:rPr>
          <w:rFonts w:asciiTheme="majorHAnsi" w:hAnsiTheme="majorHAnsi" w:cstheme="majorHAnsi"/>
        </w:rPr>
      </w:pPr>
    </w:p>
    <w:p w14:paraId="2B665FE7" w14:textId="77777777" w:rsidR="00A85B0B" w:rsidRPr="00DA6543" w:rsidRDefault="002C1A6A">
      <w:pPr>
        <w:rPr>
          <w:rFonts w:asciiTheme="majorHAnsi" w:hAnsiTheme="majorHAnsi" w:cstheme="majorHAnsi"/>
          <w:b/>
        </w:rPr>
      </w:pPr>
      <w:r w:rsidRPr="00DA6543">
        <w:rPr>
          <w:rFonts w:asciiTheme="majorHAnsi" w:hAnsiTheme="majorHAnsi" w:cstheme="majorHAnsi"/>
          <w:b/>
        </w:rPr>
        <w:t>1. RATIONALE</w:t>
      </w:r>
    </w:p>
    <w:p w14:paraId="1179EDDF" w14:textId="77777777" w:rsidR="00A85B0B" w:rsidRPr="00DA6543" w:rsidRDefault="002C1A6A">
      <w:pPr>
        <w:rPr>
          <w:rFonts w:asciiTheme="majorHAnsi" w:hAnsiTheme="majorHAnsi" w:cstheme="majorHAnsi"/>
        </w:rPr>
      </w:pPr>
      <w:r w:rsidRPr="00DA6543">
        <w:rPr>
          <w:rFonts w:asciiTheme="majorHAnsi" w:hAnsiTheme="majorHAnsi" w:cstheme="majorHAnsi"/>
        </w:rPr>
        <w:t>This Behaviour Policy establishes a whole-school, consistent approach to promoting positive conduct, emotional regulation, and respectful relationships. It ensures that all pupils feel safe, valued and able to learn in an environment characterised by high expectations and a strong culture of respect.</w:t>
      </w:r>
    </w:p>
    <w:p w14:paraId="0DA74C65" w14:textId="1734ABE4" w:rsidR="00A85B0B" w:rsidRDefault="002C1A6A">
      <w:pPr>
        <w:rPr>
          <w:rFonts w:asciiTheme="majorHAnsi" w:hAnsiTheme="majorHAnsi" w:cstheme="majorHAnsi"/>
        </w:rPr>
      </w:pPr>
      <w:r w:rsidRPr="00DA6543">
        <w:rPr>
          <w:rFonts w:asciiTheme="majorHAnsi" w:hAnsiTheme="majorHAnsi" w:cstheme="majorHAnsi"/>
        </w:rPr>
        <w:t>The policy supports the school’s core values of independence, resilience, respect, curiosity and kindness and is underpinned by a trauma-informed, relational approach. All behaviour is viewed as a form of communication, and staff respond with clarity, consistency and compassion.</w:t>
      </w:r>
      <w:r w:rsidR="00503732" w:rsidRPr="00DA6543">
        <w:rPr>
          <w:rFonts w:asciiTheme="majorHAnsi" w:hAnsiTheme="majorHAnsi" w:cstheme="majorHAnsi"/>
        </w:rPr>
        <w:t xml:space="preserve"> </w:t>
      </w:r>
    </w:p>
    <w:p w14:paraId="5032C1C2" w14:textId="5AB313A2" w:rsidR="00AE4931" w:rsidRPr="00AE4931" w:rsidRDefault="00AE4931">
      <w:pPr>
        <w:rPr>
          <w:rFonts w:asciiTheme="majorHAnsi" w:hAnsiTheme="majorHAnsi" w:cstheme="majorHAnsi"/>
        </w:rPr>
      </w:pPr>
      <w:r w:rsidRPr="00DA6543">
        <w:rPr>
          <w:rFonts w:asciiTheme="majorHAnsi" w:hAnsiTheme="majorHAnsi" w:cstheme="majorHAnsi"/>
        </w:rPr>
        <w:t xml:space="preserve">We are an Operation Encompass School. </w:t>
      </w:r>
      <w:r w:rsidRPr="00AE4931">
        <w:rPr>
          <w:rFonts w:asciiTheme="majorHAnsi" w:hAnsiTheme="majorHAnsi" w:cstheme="majorHAnsi"/>
        </w:rPr>
        <w:t xml:space="preserve">Domestic Abuse is an issue of epic scale and it exists in all strata of society, it occurs in every ethnic group, every age group, every makeup of relationship, in every part of our country and in every continent. The harm caused to a child living with domestic abuse is far reaching and can last throughout their life course. This harm can be caused at each and every stage of their lives, from conception onwards and, whilst the impact may change, develop and vary dependent upon the individual, the age of the child and the nature and duration of the domestic abuse, the harm is very real. The implications for children are well researched and serious and can therefore impact upon health, emotional wellbeing, behaviour, academic progress and success, physical development, creating disruptive relationships and </w:t>
      </w:r>
      <w:proofErr w:type="spellStart"/>
      <w:r w:rsidRPr="00AE4931">
        <w:rPr>
          <w:rFonts w:asciiTheme="majorHAnsi" w:hAnsiTheme="majorHAnsi" w:cstheme="majorHAnsi"/>
        </w:rPr>
        <w:t>disorganised</w:t>
      </w:r>
      <w:proofErr w:type="spellEnd"/>
      <w:r w:rsidRPr="00AE4931">
        <w:rPr>
          <w:rFonts w:asciiTheme="majorHAnsi" w:hAnsiTheme="majorHAnsi" w:cstheme="majorHAnsi"/>
        </w:rPr>
        <w:t xml:space="preserve"> attachments. Children are often living in a state of heightened anxiety and hyper vigilance. Their homes, rather than being a place of safety and security, are a place of stress, trauma and fear, leading to feelings of insecurity and danger.</w:t>
      </w:r>
    </w:p>
    <w:p w14:paraId="662A8400" w14:textId="77777777" w:rsidR="00A85B0B" w:rsidRPr="00DA6543" w:rsidRDefault="002C1A6A">
      <w:pPr>
        <w:rPr>
          <w:rFonts w:asciiTheme="majorHAnsi" w:hAnsiTheme="majorHAnsi" w:cstheme="majorHAnsi"/>
        </w:rPr>
      </w:pPr>
      <w:r w:rsidRPr="00DA6543">
        <w:rPr>
          <w:rFonts w:asciiTheme="majorHAnsi" w:hAnsiTheme="majorHAnsi" w:cstheme="majorHAnsi"/>
        </w:rPr>
        <w:t>This policy applies to all pupils, including those in the EYFS.</w:t>
      </w:r>
    </w:p>
    <w:p w14:paraId="0816CE84" w14:textId="77777777" w:rsidR="002C1A6A" w:rsidRPr="00DA6543" w:rsidRDefault="002C1A6A">
      <w:pPr>
        <w:rPr>
          <w:rFonts w:asciiTheme="majorHAnsi" w:hAnsiTheme="majorHAnsi" w:cstheme="majorHAnsi"/>
        </w:rPr>
      </w:pPr>
    </w:p>
    <w:p w14:paraId="6DFD619C" w14:textId="77777777" w:rsidR="00A85B0B" w:rsidRPr="00DA6543" w:rsidRDefault="002C1A6A">
      <w:pPr>
        <w:rPr>
          <w:rFonts w:asciiTheme="majorHAnsi" w:hAnsiTheme="majorHAnsi" w:cstheme="majorHAnsi"/>
          <w:b/>
        </w:rPr>
      </w:pPr>
      <w:r w:rsidRPr="00DA6543">
        <w:rPr>
          <w:rFonts w:asciiTheme="majorHAnsi" w:hAnsiTheme="majorHAnsi" w:cstheme="majorHAnsi"/>
          <w:b/>
        </w:rPr>
        <w:t>2. AIMS</w:t>
      </w:r>
    </w:p>
    <w:p w14:paraId="2C969EB3" w14:textId="77777777" w:rsidR="00A85B0B" w:rsidRPr="00DA6543" w:rsidRDefault="002C1A6A">
      <w:pPr>
        <w:rPr>
          <w:rFonts w:asciiTheme="majorHAnsi" w:hAnsiTheme="majorHAnsi" w:cstheme="majorHAnsi"/>
        </w:rPr>
      </w:pPr>
      <w:r w:rsidRPr="00DA6543">
        <w:rPr>
          <w:rFonts w:asciiTheme="majorHAnsi" w:hAnsiTheme="majorHAnsi" w:cstheme="majorHAnsi"/>
        </w:rPr>
        <w:t>Our aims are to:</w:t>
      </w:r>
    </w:p>
    <w:p w14:paraId="29530AC7"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1. Promote self-discipline and self-regulation.</w:t>
      </w:r>
    </w:p>
    <w:p w14:paraId="71D12E49"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2. Ensure that all pupils feel happy, safe and secure.</w:t>
      </w:r>
    </w:p>
    <w:p w14:paraId="00E996FE"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3. Recognise, model and reinforce positive behaviour.</w:t>
      </w:r>
    </w:p>
    <w:p w14:paraId="1C52341D"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4. Establish consistent expectations across the school.</w:t>
      </w:r>
    </w:p>
    <w:p w14:paraId="18A60BF7"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5. Foster strong relationships between staff, pupils and parents.</w:t>
      </w:r>
    </w:p>
    <w:p w14:paraId="3525B007"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6. Create a respectful community in which differences are valued.</w:t>
      </w:r>
    </w:p>
    <w:p w14:paraId="01DEBB99"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7. Maintain a learning environment where pupils can thrive academically and socially.</w:t>
      </w:r>
    </w:p>
    <w:p w14:paraId="58CF9D82" w14:textId="2E006A81" w:rsidR="002C1A6A" w:rsidRDefault="002C1A6A">
      <w:pPr>
        <w:rPr>
          <w:rFonts w:asciiTheme="majorHAnsi" w:hAnsiTheme="majorHAnsi" w:cstheme="majorHAnsi"/>
        </w:rPr>
      </w:pPr>
    </w:p>
    <w:p w14:paraId="61029E6B" w14:textId="44E6DDA4" w:rsidR="004A641D" w:rsidRDefault="004A641D">
      <w:pPr>
        <w:rPr>
          <w:rFonts w:asciiTheme="majorHAnsi" w:hAnsiTheme="majorHAnsi" w:cstheme="majorHAnsi"/>
        </w:rPr>
      </w:pPr>
    </w:p>
    <w:p w14:paraId="2FDA59E9" w14:textId="77777777" w:rsidR="00A85B0B" w:rsidRPr="00DA6543" w:rsidRDefault="002C1A6A">
      <w:pPr>
        <w:rPr>
          <w:rFonts w:asciiTheme="majorHAnsi" w:hAnsiTheme="majorHAnsi" w:cstheme="majorHAnsi"/>
          <w:b/>
        </w:rPr>
      </w:pPr>
      <w:r w:rsidRPr="00DA6543">
        <w:rPr>
          <w:rFonts w:asciiTheme="majorHAnsi" w:hAnsiTheme="majorHAnsi" w:cstheme="majorHAnsi"/>
          <w:b/>
        </w:rPr>
        <w:lastRenderedPageBreak/>
        <w:t>3. BEHAVIOUR PRINCIPLES</w:t>
      </w:r>
    </w:p>
    <w:p w14:paraId="66B811FD" w14:textId="77777777" w:rsidR="00A85B0B" w:rsidRPr="00DA6543" w:rsidRDefault="002C1A6A">
      <w:pPr>
        <w:rPr>
          <w:rFonts w:asciiTheme="majorHAnsi" w:hAnsiTheme="majorHAnsi" w:cstheme="majorHAnsi"/>
        </w:rPr>
      </w:pPr>
      <w:r w:rsidRPr="00DA6543">
        <w:rPr>
          <w:rFonts w:asciiTheme="majorHAnsi" w:hAnsiTheme="majorHAnsi" w:cstheme="majorHAnsi"/>
        </w:rPr>
        <w:t>The governing body sets out the following behaviour principles:</w:t>
      </w:r>
    </w:p>
    <w:p w14:paraId="3E9708A7"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Every pupil has the right to learn without disruption.</w:t>
      </w:r>
    </w:p>
    <w:p w14:paraId="4333BE2B"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Every pupil has the right to feel emotionally and physically safe.</w:t>
      </w:r>
    </w:p>
    <w:p w14:paraId="331346BF"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Adults model the behaviour we expect from pupils.</w:t>
      </w:r>
    </w:p>
    <w:p w14:paraId="058DE009"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Responses to behaviour are consistent, predictable and proportionate.</w:t>
      </w:r>
    </w:p>
    <w:p w14:paraId="2ED87A29"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Behaviour management is the responsibility of all staff.</w:t>
      </w:r>
    </w:p>
    <w:p w14:paraId="41D335E9"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Public shame, humiliation, or withdrawing earned rewards must never be used.</w:t>
      </w:r>
    </w:p>
    <w:p w14:paraId="5EC7FC44"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Physical restraint will only ever be used as a last resort when necessary to prevent harm.</w:t>
      </w:r>
    </w:p>
    <w:p w14:paraId="3925A7A0"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All significant behaviour incidents are recorded and monitored.</w:t>
      </w:r>
    </w:p>
    <w:p w14:paraId="749C86AE"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Parents are partners in promoting positive behaviour.</w:t>
      </w:r>
    </w:p>
    <w:p w14:paraId="33E7AE15" w14:textId="5E1C77AC" w:rsidR="002C1A6A" w:rsidRDefault="002C1A6A">
      <w:pPr>
        <w:rPr>
          <w:rFonts w:asciiTheme="majorHAnsi" w:hAnsiTheme="majorHAnsi" w:cstheme="majorHAnsi"/>
          <w:b/>
        </w:rPr>
      </w:pPr>
    </w:p>
    <w:p w14:paraId="0527E42B" w14:textId="77777777" w:rsidR="00BC0F95" w:rsidRPr="00DA6543" w:rsidRDefault="00BC0F95">
      <w:pPr>
        <w:rPr>
          <w:rFonts w:asciiTheme="majorHAnsi" w:hAnsiTheme="majorHAnsi" w:cstheme="majorHAnsi"/>
          <w:b/>
        </w:rPr>
      </w:pPr>
    </w:p>
    <w:p w14:paraId="5A0E329F" w14:textId="77777777" w:rsidR="00A85B0B" w:rsidRPr="00DA6543" w:rsidRDefault="002C1A6A">
      <w:pPr>
        <w:rPr>
          <w:rFonts w:asciiTheme="majorHAnsi" w:hAnsiTheme="majorHAnsi" w:cstheme="majorHAnsi"/>
          <w:b/>
        </w:rPr>
      </w:pPr>
      <w:r w:rsidRPr="00DA6543">
        <w:rPr>
          <w:rFonts w:asciiTheme="majorHAnsi" w:hAnsiTheme="majorHAnsi" w:cstheme="majorHAnsi"/>
          <w:b/>
        </w:rPr>
        <w:t>4. WHOLE-SCHOOL BEHAVIOUR FRAMEWORK (UNIVERSAL SYSTEM)</w:t>
      </w:r>
    </w:p>
    <w:p w14:paraId="6DB8D32D" w14:textId="77777777" w:rsidR="00095152" w:rsidRPr="00DA6543" w:rsidRDefault="00BF57F8">
      <w:pPr>
        <w:rPr>
          <w:rFonts w:asciiTheme="majorHAnsi" w:hAnsiTheme="majorHAnsi" w:cstheme="majorHAnsi"/>
        </w:rPr>
      </w:pPr>
      <w:r w:rsidRPr="00FB14B6">
        <w:rPr>
          <w:rFonts w:asciiTheme="majorHAnsi" w:hAnsiTheme="majorHAnsi" w:cstheme="majorHAnsi"/>
          <w:b/>
        </w:rPr>
        <w:t>4.1</w:t>
      </w:r>
      <w:r w:rsidR="001F4E07" w:rsidRPr="00DA6543">
        <w:rPr>
          <w:rFonts w:asciiTheme="majorHAnsi" w:hAnsiTheme="majorHAnsi" w:cstheme="majorHAnsi"/>
        </w:rPr>
        <w:t xml:space="preserve"> </w:t>
      </w:r>
      <w:r w:rsidR="00095152" w:rsidRPr="00DA6543">
        <w:rPr>
          <w:rFonts w:asciiTheme="majorHAnsi" w:hAnsiTheme="majorHAnsi" w:cstheme="majorHAnsi"/>
        </w:rPr>
        <w:t xml:space="preserve">In the Early Years, we </w:t>
      </w:r>
      <w:r w:rsidR="00683C97" w:rsidRPr="00DA6543">
        <w:rPr>
          <w:rFonts w:asciiTheme="majorHAnsi" w:hAnsiTheme="majorHAnsi" w:cstheme="majorHAnsi"/>
        </w:rPr>
        <w:t>prioritis</w:t>
      </w:r>
      <w:r w:rsidR="00EE225B" w:rsidRPr="00DA6543">
        <w:rPr>
          <w:rFonts w:asciiTheme="majorHAnsi" w:hAnsiTheme="majorHAnsi" w:cstheme="majorHAnsi"/>
        </w:rPr>
        <w:t>e</w:t>
      </w:r>
      <w:r w:rsidR="00095152" w:rsidRPr="00DA6543">
        <w:rPr>
          <w:rFonts w:asciiTheme="majorHAnsi" w:hAnsiTheme="majorHAnsi" w:cstheme="majorHAnsi"/>
        </w:rPr>
        <w:t xml:space="preserve"> positive behaviour by celebrating and reinforcing good choices through our Sun, Rainbow and Star behaviour chart. Children are encouraged to take responsibility for their actions, and when they demonstrate positive behaviour—such as tidying up independently, being a kind friend, or helping their teacher—they move up the chart to the Rainbow, and then to the Sun if further positive behaviour is seen. Each time a child moves up, they receive a sticker on their personal sticker card, with the opportunity to earn up to ten stickers each week. Every Friday, children who have collected stickers proudly take their sticker card home to share their achievements with their families.</w:t>
      </w:r>
    </w:p>
    <w:p w14:paraId="70ACAA68" w14:textId="067B4AE9" w:rsidR="00FB14B6" w:rsidRPr="00DA6543" w:rsidRDefault="00095152">
      <w:pPr>
        <w:rPr>
          <w:rFonts w:asciiTheme="majorHAnsi" w:hAnsiTheme="majorHAnsi" w:cstheme="majorHAnsi"/>
        </w:rPr>
      </w:pPr>
      <w:r w:rsidRPr="00DA6543">
        <w:rPr>
          <w:rFonts w:asciiTheme="majorHAnsi" w:hAnsiTheme="majorHAnsi" w:cstheme="majorHAnsi"/>
        </w:rPr>
        <w:t xml:space="preserve"> </w:t>
      </w:r>
      <w:r w:rsidR="00B01A83" w:rsidRPr="00DA6543">
        <w:rPr>
          <w:rFonts w:asciiTheme="majorHAnsi" w:hAnsiTheme="majorHAnsi" w:cstheme="majorHAnsi"/>
        </w:rPr>
        <w:t xml:space="preserve">In the Early Years, we follow the whole-school three-step reminder system to support children in making positive behaviour choices. </w:t>
      </w:r>
    </w:p>
    <w:p w14:paraId="66CE1F50" w14:textId="77777777" w:rsidR="00A85B0B" w:rsidRPr="00DA6543" w:rsidRDefault="002C1A6A">
      <w:pPr>
        <w:rPr>
          <w:rFonts w:asciiTheme="majorHAnsi" w:hAnsiTheme="majorHAnsi" w:cstheme="majorHAnsi"/>
        </w:rPr>
      </w:pPr>
      <w:r w:rsidRPr="00FB14B6">
        <w:rPr>
          <w:rFonts w:asciiTheme="majorHAnsi" w:hAnsiTheme="majorHAnsi" w:cstheme="majorHAnsi"/>
          <w:b/>
        </w:rPr>
        <w:t>4.</w:t>
      </w:r>
      <w:r w:rsidR="00BF57F8" w:rsidRPr="00FB14B6">
        <w:rPr>
          <w:rFonts w:asciiTheme="majorHAnsi" w:hAnsiTheme="majorHAnsi" w:cstheme="majorHAnsi"/>
          <w:b/>
        </w:rPr>
        <w:t>2</w:t>
      </w:r>
      <w:r w:rsidRPr="00DA6543">
        <w:rPr>
          <w:rFonts w:asciiTheme="majorHAnsi" w:hAnsiTheme="majorHAnsi" w:cstheme="majorHAnsi"/>
        </w:rPr>
        <w:t xml:space="preserve"> No Behaviour Charts</w:t>
      </w:r>
      <w:r w:rsidR="00BF57F8" w:rsidRPr="00DA6543">
        <w:rPr>
          <w:rFonts w:asciiTheme="majorHAnsi" w:hAnsiTheme="majorHAnsi" w:cstheme="majorHAnsi"/>
        </w:rPr>
        <w:t xml:space="preserve"> are used Y1 – Y6</w:t>
      </w:r>
      <w:r w:rsidR="00EC10F7" w:rsidRPr="00DA6543">
        <w:rPr>
          <w:rFonts w:asciiTheme="majorHAnsi" w:hAnsiTheme="majorHAnsi" w:cstheme="majorHAnsi"/>
        </w:rPr>
        <w:t xml:space="preserve"> (unless children need care using a behavio</w:t>
      </w:r>
      <w:r w:rsidR="00EE225B" w:rsidRPr="00DA6543">
        <w:rPr>
          <w:rFonts w:asciiTheme="majorHAnsi" w:hAnsiTheme="majorHAnsi" w:cstheme="majorHAnsi"/>
        </w:rPr>
        <w:t>u</w:t>
      </w:r>
      <w:r w:rsidR="00EC10F7" w:rsidRPr="00DA6543">
        <w:rPr>
          <w:rFonts w:asciiTheme="majorHAnsi" w:hAnsiTheme="majorHAnsi" w:cstheme="majorHAnsi"/>
        </w:rPr>
        <w:t>r support card)</w:t>
      </w:r>
    </w:p>
    <w:p w14:paraId="51E6B44A" w14:textId="42F591A7" w:rsidR="00FB14B6" w:rsidRPr="00DA6543" w:rsidRDefault="002C1A6A">
      <w:pPr>
        <w:rPr>
          <w:rFonts w:asciiTheme="majorHAnsi" w:hAnsiTheme="majorHAnsi" w:cstheme="majorHAnsi"/>
        </w:rPr>
      </w:pPr>
      <w:r w:rsidRPr="00DA6543">
        <w:rPr>
          <w:rFonts w:asciiTheme="majorHAnsi" w:hAnsiTheme="majorHAnsi" w:cstheme="majorHAnsi"/>
        </w:rPr>
        <w:t>All behaviour responses are adult-led and managed discreetly.</w:t>
      </w:r>
    </w:p>
    <w:p w14:paraId="2A70108C" w14:textId="77777777" w:rsidR="00A85B0B" w:rsidRPr="00DA6543" w:rsidRDefault="002C1A6A">
      <w:pPr>
        <w:rPr>
          <w:rFonts w:asciiTheme="majorHAnsi" w:hAnsiTheme="majorHAnsi" w:cstheme="majorHAnsi"/>
        </w:rPr>
      </w:pPr>
      <w:r w:rsidRPr="00FB14B6">
        <w:rPr>
          <w:rFonts w:asciiTheme="majorHAnsi" w:hAnsiTheme="majorHAnsi" w:cstheme="majorHAnsi"/>
          <w:b/>
        </w:rPr>
        <w:t>4.</w:t>
      </w:r>
      <w:r w:rsidR="00BF57F8" w:rsidRPr="00FB14B6">
        <w:rPr>
          <w:rFonts w:asciiTheme="majorHAnsi" w:hAnsiTheme="majorHAnsi" w:cstheme="majorHAnsi"/>
          <w:b/>
        </w:rPr>
        <w:t>3</w:t>
      </w:r>
      <w:r w:rsidRPr="00DA6543">
        <w:rPr>
          <w:rFonts w:asciiTheme="majorHAnsi" w:hAnsiTheme="majorHAnsi" w:cstheme="majorHAnsi"/>
        </w:rPr>
        <w:t xml:space="preserve"> Standard Whole-School Reminder System</w:t>
      </w:r>
    </w:p>
    <w:p w14:paraId="28378B4D"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All staff use the following three-step, standardised structure:</w:t>
      </w:r>
    </w:p>
    <w:p w14:paraId="75E7C48A"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1. Reminder – A calm, clear verbal reminder of the expected behaviour.</w:t>
      </w:r>
    </w:p>
    <w:p w14:paraId="576BCB7B"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2. Warning – A second reminder, signalling that a consequence will follow if behaviour does not change.</w:t>
      </w:r>
    </w:p>
    <w:p w14:paraId="5D6A1682" w14:textId="77777777" w:rsidR="00A85B0B" w:rsidRPr="00DA6543" w:rsidRDefault="002C1A6A">
      <w:pPr>
        <w:rPr>
          <w:rFonts w:asciiTheme="majorHAnsi" w:hAnsiTheme="majorHAnsi" w:cstheme="majorHAnsi"/>
        </w:rPr>
      </w:pPr>
      <w:r w:rsidRPr="00DA6543">
        <w:rPr>
          <w:rFonts w:asciiTheme="majorHAnsi" w:hAnsiTheme="majorHAnsi" w:cstheme="majorHAnsi"/>
        </w:rPr>
        <w:t>3. Consequence – A proportionate action from the sanctions list (Section 7).</w:t>
      </w:r>
    </w:p>
    <w:p w14:paraId="0E30B9C6" w14:textId="61E198AB" w:rsidR="00DA6543" w:rsidRPr="00DA6543" w:rsidRDefault="002C1A6A">
      <w:pPr>
        <w:rPr>
          <w:rFonts w:asciiTheme="majorHAnsi" w:hAnsiTheme="majorHAnsi" w:cstheme="majorHAnsi"/>
        </w:rPr>
      </w:pPr>
      <w:r w:rsidRPr="00DA6543">
        <w:rPr>
          <w:rFonts w:asciiTheme="majorHAnsi" w:hAnsiTheme="majorHAnsi" w:cstheme="majorHAnsi"/>
        </w:rPr>
        <w:t>This approach ensures clarity, fairness and consistency for all pupils.</w:t>
      </w:r>
    </w:p>
    <w:p w14:paraId="7E539EE4" w14:textId="77777777" w:rsidR="002C1A6A" w:rsidRPr="00DA6543" w:rsidRDefault="002C1A6A">
      <w:pPr>
        <w:rPr>
          <w:rFonts w:asciiTheme="majorHAnsi" w:hAnsiTheme="majorHAnsi" w:cstheme="majorHAnsi"/>
        </w:rPr>
      </w:pPr>
    </w:p>
    <w:p w14:paraId="69039958" w14:textId="77777777" w:rsidR="00A85B0B" w:rsidRPr="00DA6543" w:rsidRDefault="002C1A6A">
      <w:pPr>
        <w:rPr>
          <w:rFonts w:asciiTheme="majorHAnsi" w:hAnsiTheme="majorHAnsi" w:cstheme="majorHAnsi"/>
          <w:b/>
        </w:rPr>
      </w:pPr>
      <w:r w:rsidRPr="00DA6543">
        <w:rPr>
          <w:rFonts w:asciiTheme="majorHAnsi" w:hAnsiTheme="majorHAnsi" w:cstheme="majorHAnsi"/>
          <w:b/>
        </w:rPr>
        <w:t>5. RECOGNISING POSITIVE BEHAVIOUR</w:t>
      </w:r>
    </w:p>
    <w:p w14:paraId="4A1EC35F" w14:textId="362E5BCE" w:rsidR="00A85B0B" w:rsidRDefault="002C1A6A">
      <w:pPr>
        <w:rPr>
          <w:rFonts w:asciiTheme="majorHAnsi" w:hAnsiTheme="majorHAnsi" w:cstheme="majorHAnsi"/>
        </w:rPr>
      </w:pPr>
      <w:r w:rsidRPr="00DA6543">
        <w:rPr>
          <w:rFonts w:asciiTheme="majorHAnsi" w:hAnsiTheme="majorHAnsi" w:cstheme="majorHAnsi"/>
        </w:rPr>
        <w:t>Positive behaviour is encouraged and reinforced throughout the school and linked to the school’s values. Recognition is focused on effort, progress, kindness and contribution, not competition.</w:t>
      </w:r>
      <w:r w:rsidR="00BC0F95">
        <w:rPr>
          <w:rFonts w:asciiTheme="majorHAnsi" w:hAnsiTheme="majorHAnsi" w:cstheme="majorHAnsi"/>
        </w:rPr>
        <w:t xml:space="preserve">  The school refers to the ‘Oakhyrst Grange Way,’ which incorporates our school values:  </w:t>
      </w:r>
      <w:r w:rsidR="00E04136">
        <w:rPr>
          <w:rFonts w:asciiTheme="majorHAnsi" w:hAnsiTheme="majorHAnsi" w:cstheme="majorHAnsi"/>
        </w:rPr>
        <w:t>k</w:t>
      </w:r>
      <w:r w:rsidR="00BC0F95">
        <w:rPr>
          <w:rFonts w:asciiTheme="majorHAnsi" w:hAnsiTheme="majorHAnsi" w:cstheme="majorHAnsi"/>
        </w:rPr>
        <w:t xml:space="preserve">indness, </w:t>
      </w:r>
      <w:r w:rsidR="0032381C">
        <w:rPr>
          <w:rFonts w:asciiTheme="majorHAnsi" w:hAnsiTheme="majorHAnsi" w:cstheme="majorHAnsi"/>
        </w:rPr>
        <w:t xml:space="preserve">respect, </w:t>
      </w:r>
      <w:r w:rsidR="00BC0F95">
        <w:rPr>
          <w:rFonts w:asciiTheme="majorHAnsi" w:hAnsiTheme="majorHAnsi" w:cstheme="majorHAnsi"/>
        </w:rPr>
        <w:t>curiosity, independence, resilience, aspirations</w:t>
      </w:r>
      <w:r w:rsidR="00E04136">
        <w:rPr>
          <w:rFonts w:asciiTheme="majorHAnsi" w:hAnsiTheme="majorHAnsi" w:cstheme="majorHAnsi"/>
        </w:rPr>
        <w:t xml:space="preserve"> and </w:t>
      </w:r>
      <w:r w:rsidR="00BC0F95">
        <w:rPr>
          <w:rFonts w:asciiTheme="majorHAnsi" w:hAnsiTheme="majorHAnsi" w:cstheme="majorHAnsi"/>
        </w:rPr>
        <w:t>responsibility</w:t>
      </w:r>
      <w:r w:rsidR="0032381C">
        <w:rPr>
          <w:rFonts w:asciiTheme="majorHAnsi" w:hAnsiTheme="majorHAnsi" w:cstheme="majorHAnsi"/>
        </w:rPr>
        <w:t>.</w:t>
      </w:r>
      <w:r w:rsidR="0032381C" w:rsidRPr="0032381C">
        <w:t xml:space="preserve"> </w:t>
      </w:r>
      <w:r w:rsidR="0032381C" w:rsidRPr="0032381C">
        <w:rPr>
          <w:rFonts w:asciiTheme="majorHAnsi" w:hAnsiTheme="majorHAnsi" w:cstheme="majorHAnsi"/>
        </w:rPr>
        <w:t xml:space="preserve">In accordance with Article 12 of the UN Convention of the Rights of the Child, </w:t>
      </w:r>
      <w:r w:rsidR="0032381C">
        <w:rPr>
          <w:rFonts w:asciiTheme="majorHAnsi" w:hAnsiTheme="majorHAnsi" w:cstheme="majorHAnsi"/>
        </w:rPr>
        <w:t>OGS</w:t>
      </w:r>
      <w:r w:rsidR="0032381C" w:rsidRPr="0032381C">
        <w:rPr>
          <w:rFonts w:asciiTheme="majorHAnsi" w:hAnsiTheme="majorHAnsi" w:cstheme="majorHAnsi"/>
        </w:rPr>
        <w:t xml:space="preserve"> involves the children in reviewing and setting the school’s Code of Behaviour, for example through:</w:t>
      </w:r>
      <w:r w:rsidR="0032381C">
        <w:rPr>
          <w:rFonts w:asciiTheme="majorHAnsi" w:hAnsiTheme="majorHAnsi" w:cstheme="majorHAnsi"/>
        </w:rPr>
        <w:t xml:space="preserve">  Assemblies, School Council, Form Time, PSHE, Roles and Responsibilities e.g. Digital Leaders, Eco Monitors, Wellbeing Ambassadors</w:t>
      </w:r>
      <w:r w:rsidR="00E04136">
        <w:rPr>
          <w:rFonts w:asciiTheme="majorHAnsi" w:hAnsiTheme="majorHAnsi" w:cstheme="majorHAnsi"/>
        </w:rPr>
        <w:t xml:space="preserve"> and </w:t>
      </w:r>
      <w:r w:rsidR="0032381C">
        <w:rPr>
          <w:rFonts w:asciiTheme="majorHAnsi" w:hAnsiTheme="majorHAnsi" w:cstheme="majorHAnsi"/>
        </w:rPr>
        <w:t xml:space="preserve">Buddy meetings. </w:t>
      </w:r>
    </w:p>
    <w:p w14:paraId="46BF6702" w14:textId="77777777" w:rsidR="004A641D" w:rsidRPr="00DA6543" w:rsidRDefault="004A641D">
      <w:pPr>
        <w:rPr>
          <w:rFonts w:asciiTheme="majorHAnsi" w:hAnsiTheme="majorHAnsi" w:cstheme="majorHAnsi"/>
        </w:rPr>
      </w:pPr>
    </w:p>
    <w:p w14:paraId="1939FDC3" w14:textId="77777777" w:rsidR="00A85B0B" w:rsidRPr="00DA6543" w:rsidRDefault="002C1A6A">
      <w:pPr>
        <w:rPr>
          <w:rFonts w:asciiTheme="majorHAnsi" w:hAnsiTheme="majorHAnsi" w:cstheme="majorHAnsi"/>
          <w:b/>
        </w:rPr>
      </w:pPr>
      <w:r w:rsidRPr="00DA6543">
        <w:rPr>
          <w:rFonts w:asciiTheme="majorHAnsi" w:hAnsiTheme="majorHAnsi" w:cstheme="majorHAnsi"/>
          <w:b/>
        </w:rPr>
        <w:t>Whole-School Rewards:</w:t>
      </w:r>
    </w:p>
    <w:p w14:paraId="60C8EB0B"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House Points (never removed once awarded)</w:t>
      </w:r>
    </w:p>
    <w:p w14:paraId="16EDF099"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Verbal Praise</w:t>
      </w:r>
    </w:p>
    <w:p w14:paraId="4133CAC4"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Stickers or Stampers</w:t>
      </w:r>
    </w:p>
    <w:p w14:paraId="7AF688FB"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 Achievement Award</w:t>
      </w:r>
      <w:r w:rsidR="00EC10F7" w:rsidRPr="00DA6543">
        <w:rPr>
          <w:rFonts w:asciiTheme="majorHAnsi" w:hAnsiTheme="majorHAnsi" w:cstheme="majorHAnsi"/>
        </w:rPr>
        <w:t xml:space="preserve"> Board</w:t>
      </w:r>
    </w:p>
    <w:p w14:paraId="5EF205D5"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Sharing Work with Senior Staff</w:t>
      </w:r>
    </w:p>
    <w:p w14:paraId="05D6B7F1"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Class-Based Collective Rewards (e.g. marble jar)</w:t>
      </w:r>
    </w:p>
    <w:p w14:paraId="195B39D2"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 ‘Praise Postcards’ and positive parent emails</w:t>
      </w:r>
    </w:p>
    <w:p w14:paraId="5BC5F9A4"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w:t>
      </w:r>
      <w:r w:rsidR="00DC2115" w:rsidRPr="00DA6543">
        <w:rPr>
          <w:rFonts w:asciiTheme="majorHAnsi" w:hAnsiTheme="majorHAnsi" w:cstheme="majorHAnsi"/>
        </w:rPr>
        <w:t xml:space="preserve"> </w:t>
      </w:r>
      <w:r w:rsidRPr="00DA6543">
        <w:rPr>
          <w:rFonts w:asciiTheme="majorHAnsi" w:hAnsiTheme="majorHAnsi" w:cstheme="majorHAnsi"/>
        </w:rPr>
        <w:t>Celebration Assembly</w:t>
      </w:r>
    </w:p>
    <w:p w14:paraId="5506E5F0" w14:textId="6F5F9987" w:rsidR="001F4E07" w:rsidRDefault="001F4E07" w:rsidP="00FB14B6">
      <w:pPr>
        <w:spacing w:after="0"/>
        <w:rPr>
          <w:rFonts w:asciiTheme="majorHAnsi" w:hAnsiTheme="majorHAnsi" w:cstheme="majorHAnsi"/>
        </w:rPr>
      </w:pPr>
      <w:r w:rsidRPr="00DA6543">
        <w:rPr>
          <w:rFonts w:asciiTheme="majorHAnsi" w:hAnsiTheme="majorHAnsi" w:cstheme="majorHAnsi"/>
        </w:rPr>
        <w:t xml:space="preserve">- Top table lunch </w:t>
      </w:r>
    </w:p>
    <w:p w14:paraId="4191B6D8" w14:textId="69CA173B" w:rsidR="0032381C" w:rsidRPr="00DA6543" w:rsidRDefault="0032381C" w:rsidP="00FB14B6">
      <w:pPr>
        <w:spacing w:after="0"/>
        <w:rPr>
          <w:rFonts w:asciiTheme="majorHAnsi" w:hAnsiTheme="majorHAnsi" w:cstheme="majorHAnsi"/>
        </w:rPr>
      </w:pPr>
      <w:r>
        <w:rPr>
          <w:rFonts w:asciiTheme="majorHAnsi" w:hAnsiTheme="majorHAnsi" w:cstheme="majorHAnsi"/>
        </w:rPr>
        <w:t>- Golden Time</w:t>
      </w:r>
    </w:p>
    <w:p w14:paraId="04B00E78" w14:textId="77777777" w:rsidR="002C1A6A" w:rsidRPr="00DA6543" w:rsidRDefault="002C1A6A">
      <w:pPr>
        <w:rPr>
          <w:rFonts w:asciiTheme="majorHAnsi" w:hAnsiTheme="majorHAnsi" w:cstheme="majorHAnsi"/>
        </w:rPr>
      </w:pPr>
    </w:p>
    <w:p w14:paraId="7127C2BE" w14:textId="77777777" w:rsidR="00A85B0B" w:rsidRPr="00DA6543" w:rsidRDefault="002C1A6A">
      <w:pPr>
        <w:rPr>
          <w:rFonts w:asciiTheme="majorHAnsi" w:hAnsiTheme="majorHAnsi" w:cstheme="majorHAnsi"/>
          <w:b/>
        </w:rPr>
      </w:pPr>
      <w:r w:rsidRPr="00DA6543">
        <w:rPr>
          <w:rFonts w:asciiTheme="majorHAnsi" w:hAnsiTheme="majorHAnsi" w:cstheme="majorHAnsi"/>
          <w:b/>
        </w:rPr>
        <w:t>6. ROLES AND RESPONSIBILITIES</w:t>
      </w:r>
    </w:p>
    <w:p w14:paraId="1D66F939" w14:textId="77777777" w:rsidR="00A85B0B" w:rsidRPr="00DA6543" w:rsidRDefault="002C1A6A">
      <w:pPr>
        <w:rPr>
          <w:rFonts w:asciiTheme="majorHAnsi" w:hAnsiTheme="majorHAnsi" w:cstheme="majorHAnsi"/>
        </w:rPr>
      </w:pPr>
      <w:r w:rsidRPr="00DA6543">
        <w:rPr>
          <w:rFonts w:asciiTheme="majorHAnsi" w:hAnsiTheme="majorHAnsi" w:cstheme="majorHAnsi"/>
        </w:rPr>
        <w:t>All Staff:</w:t>
      </w:r>
    </w:p>
    <w:p w14:paraId="1273BF79"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Uphold high expectations for behaviour.</w:t>
      </w:r>
    </w:p>
    <w:p w14:paraId="7D854E88"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Use the reminder–warning–consequence model consistently.</w:t>
      </w:r>
    </w:p>
    <w:p w14:paraId="7E22C5D7"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Maintain calm, respectful interactions.</w:t>
      </w:r>
    </w:p>
    <w:p w14:paraId="170CD4D9"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Record incidents where required on CPOMS.</w:t>
      </w:r>
    </w:p>
    <w:p w14:paraId="624E5987" w14:textId="26AAD2A1" w:rsidR="00A85B0B" w:rsidRDefault="002C1A6A" w:rsidP="00FB14B6">
      <w:pPr>
        <w:spacing w:after="0"/>
        <w:rPr>
          <w:rFonts w:asciiTheme="majorHAnsi" w:hAnsiTheme="majorHAnsi" w:cstheme="majorHAnsi"/>
        </w:rPr>
      </w:pPr>
      <w:r w:rsidRPr="00DA6543">
        <w:rPr>
          <w:rFonts w:asciiTheme="majorHAnsi" w:hAnsiTheme="majorHAnsi" w:cstheme="majorHAnsi"/>
        </w:rPr>
        <w:t>- Work collaboratively with colleagues and parents.</w:t>
      </w:r>
    </w:p>
    <w:p w14:paraId="025F43A8" w14:textId="77777777" w:rsidR="00FB14B6" w:rsidRPr="00DA6543" w:rsidRDefault="00FB14B6" w:rsidP="00FB14B6">
      <w:pPr>
        <w:spacing w:after="0"/>
        <w:rPr>
          <w:rFonts w:asciiTheme="majorHAnsi" w:hAnsiTheme="majorHAnsi" w:cstheme="majorHAnsi"/>
        </w:rPr>
      </w:pPr>
    </w:p>
    <w:p w14:paraId="72CD81EE" w14:textId="77777777" w:rsidR="00A85B0B" w:rsidRPr="00DA6543" w:rsidRDefault="002C1A6A">
      <w:pPr>
        <w:rPr>
          <w:rFonts w:asciiTheme="majorHAnsi" w:hAnsiTheme="majorHAnsi" w:cstheme="majorHAnsi"/>
        </w:rPr>
      </w:pPr>
      <w:r w:rsidRPr="00DA6543">
        <w:rPr>
          <w:rFonts w:asciiTheme="majorHAnsi" w:hAnsiTheme="majorHAnsi" w:cstheme="majorHAnsi"/>
        </w:rPr>
        <w:t>Class Teachers:</w:t>
      </w:r>
    </w:p>
    <w:p w14:paraId="50FE8B42"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Establish routines and expectations.</w:t>
      </w:r>
    </w:p>
    <w:p w14:paraId="5031504C"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Build strong relationships with pupils.</w:t>
      </w:r>
    </w:p>
    <w:p w14:paraId="0EE24DFA" w14:textId="1BB33D5B" w:rsidR="00A85B0B" w:rsidRDefault="002C1A6A" w:rsidP="00FB14B6">
      <w:pPr>
        <w:spacing w:after="0"/>
        <w:rPr>
          <w:rFonts w:asciiTheme="majorHAnsi" w:hAnsiTheme="majorHAnsi" w:cstheme="majorHAnsi"/>
        </w:rPr>
      </w:pPr>
      <w:r w:rsidRPr="00DA6543">
        <w:rPr>
          <w:rFonts w:asciiTheme="majorHAnsi" w:hAnsiTheme="majorHAnsi" w:cstheme="majorHAnsi"/>
        </w:rPr>
        <w:t>- Communicate with parents when behaviour concerns arise.</w:t>
      </w:r>
    </w:p>
    <w:p w14:paraId="46457DD0" w14:textId="77777777" w:rsidR="00FB14B6" w:rsidRPr="00DA6543" w:rsidRDefault="00FB14B6" w:rsidP="00FB14B6">
      <w:pPr>
        <w:spacing w:after="0"/>
        <w:rPr>
          <w:rFonts w:asciiTheme="majorHAnsi" w:hAnsiTheme="majorHAnsi" w:cstheme="majorHAnsi"/>
        </w:rPr>
      </w:pPr>
    </w:p>
    <w:p w14:paraId="1AD6258C" w14:textId="77777777" w:rsidR="00A85B0B" w:rsidRPr="00DA6543" w:rsidRDefault="002C1A6A">
      <w:pPr>
        <w:rPr>
          <w:rFonts w:asciiTheme="majorHAnsi" w:hAnsiTheme="majorHAnsi" w:cstheme="majorHAnsi"/>
        </w:rPr>
      </w:pPr>
      <w:r w:rsidRPr="00DA6543">
        <w:rPr>
          <w:rFonts w:asciiTheme="majorHAnsi" w:hAnsiTheme="majorHAnsi" w:cstheme="majorHAnsi"/>
        </w:rPr>
        <w:lastRenderedPageBreak/>
        <w:t>Support Staff:</w:t>
      </w:r>
    </w:p>
    <w:p w14:paraId="246B2867"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Follow the school’s behaviour system.</w:t>
      </w:r>
    </w:p>
    <w:p w14:paraId="3DF9C844"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Reinforce class expectations.</w:t>
      </w:r>
    </w:p>
    <w:p w14:paraId="27B3F0D1" w14:textId="40E3C941" w:rsidR="002C1A6A" w:rsidRDefault="002C1A6A" w:rsidP="00FB14B6">
      <w:pPr>
        <w:spacing w:after="0"/>
        <w:rPr>
          <w:rFonts w:asciiTheme="majorHAnsi" w:hAnsiTheme="majorHAnsi" w:cstheme="majorHAnsi"/>
        </w:rPr>
      </w:pPr>
      <w:r w:rsidRPr="00DA6543">
        <w:rPr>
          <w:rFonts w:asciiTheme="majorHAnsi" w:hAnsiTheme="majorHAnsi" w:cstheme="majorHAnsi"/>
        </w:rPr>
        <w:t>- Report concerns to the class teacher.</w:t>
      </w:r>
    </w:p>
    <w:p w14:paraId="7DAC891E" w14:textId="77777777" w:rsidR="00FB14B6" w:rsidRPr="00DA6543" w:rsidRDefault="00FB14B6" w:rsidP="00FB14B6">
      <w:pPr>
        <w:spacing w:after="0"/>
        <w:rPr>
          <w:rFonts w:asciiTheme="majorHAnsi" w:hAnsiTheme="majorHAnsi" w:cstheme="majorHAnsi"/>
        </w:rPr>
      </w:pPr>
    </w:p>
    <w:p w14:paraId="3D2A498F" w14:textId="77777777" w:rsidR="00A85B0B" w:rsidRPr="00DA6543" w:rsidRDefault="002C1A6A">
      <w:pPr>
        <w:rPr>
          <w:rFonts w:asciiTheme="majorHAnsi" w:hAnsiTheme="majorHAnsi" w:cstheme="majorHAnsi"/>
        </w:rPr>
      </w:pPr>
      <w:r w:rsidRPr="00DA6543">
        <w:rPr>
          <w:rFonts w:asciiTheme="majorHAnsi" w:hAnsiTheme="majorHAnsi" w:cstheme="majorHAnsi"/>
        </w:rPr>
        <w:t>Senior Leaders:</w:t>
      </w:r>
    </w:p>
    <w:p w14:paraId="1A54BF4E"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Support staff with behaviour management.</w:t>
      </w:r>
    </w:p>
    <w:p w14:paraId="403BCA55"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Oversee CPOMS monitoring.</w:t>
      </w:r>
    </w:p>
    <w:p w14:paraId="50CE0528"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Meet with parents as required.</w:t>
      </w:r>
    </w:p>
    <w:p w14:paraId="031D5732" w14:textId="4D725029" w:rsidR="002C1A6A" w:rsidRDefault="002C1A6A" w:rsidP="00FB14B6">
      <w:pPr>
        <w:spacing w:after="0"/>
        <w:rPr>
          <w:rFonts w:asciiTheme="majorHAnsi" w:hAnsiTheme="majorHAnsi" w:cstheme="majorHAnsi"/>
        </w:rPr>
      </w:pPr>
      <w:r w:rsidRPr="00DA6543">
        <w:rPr>
          <w:rFonts w:asciiTheme="majorHAnsi" w:hAnsiTheme="majorHAnsi" w:cstheme="majorHAnsi"/>
        </w:rPr>
        <w:t>- Implement sanctions up to exclusion if necessary.</w:t>
      </w:r>
    </w:p>
    <w:p w14:paraId="357A158E" w14:textId="77777777" w:rsidR="00FB14B6" w:rsidRPr="00DA6543" w:rsidRDefault="00FB14B6" w:rsidP="00FB14B6">
      <w:pPr>
        <w:spacing w:after="0"/>
        <w:rPr>
          <w:rFonts w:asciiTheme="majorHAnsi" w:hAnsiTheme="majorHAnsi" w:cstheme="majorHAnsi"/>
        </w:rPr>
      </w:pPr>
    </w:p>
    <w:p w14:paraId="17A6D8DB" w14:textId="77777777" w:rsidR="00A85B0B" w:rsidRPr="00DA6543" w:rsidRDefault="002C1A6A">
      <w:pPr>
        <w:rPr>
          <w:rFonts w:asciiTheme="majorHAnsi" w:hAnsiTheme="majorHAnsi" w:cstheme="majorHAnsi"/>
        </w:rPr>
      </w:pPr>
      <w:r w:rsidRPr="00DA6543">
        <w:rPr>
          <w:rFonts w:asciiTheme="majorHAnsi" w:hAnsiTheme="majorHAnsi" w:cstheme="majorHAnsi"/>
        </w:rPr>
        <w:t>Parents/Carers:</w:t>
      </w:r>
    </w:p>
    <w:p w14:paraId="76DA0C2B"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Support the school’s behaviour expectations.</w:t>
      </w:r>
    </w:p>
    <w:p w14:paraId="2611D0D3"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Communicate openly with staff.</w:t>
      </w:r>
    </w:p>
    <w:p w14:paraId="1484E43B" w14:textId="1E1123F4" w:rsidR="00A85B0B" w:rsidRDefault="002C1A6A" w:rsidP="00FB14B6">
      <w:pPr>
        <w:spacing w:after="0"/>
        <w:rPr>
          <w:rFonts w:asciiTheme="majorHAnsi" w:hAnsiTheme="majorHAnsi" w:cstheme="majorHAnsi"/>
        </w:rPr>
      </w:pPr>
      <w:r w:rsidRPr="00DA6543">
        <w:rPr>
          <w:rFonts w:asciiTheme="majorHAnsi" w:hAnsiTheme="majorHAnsi" w:cstheme="majorHAnsi"/>
        </w:rPr>
        <w:t>- Work in partnership when behaviour concerns arise.</w:t>
      </w:r>
    </w:p>
    <w:p w14:paraId="129D0862" w14:textId="2D5748AE" w:rsidR="008166FF" w:rsidRDefault="008166FF" w:rsidP="00FB14B6">
      <w:pPr>
        <w:spacing w:after="0"/>
        <w:rPr>
          <w:rFonts w:asciiTheme="majorHAnsi" w:hAnsiTheme="majorHAnsi" w:cstheme="majorHAnsi"/>
        </w:rPr>
      </w:pPr>
    </w:p>
    <w:p w14:paraId="088C1414" w14:textId="0DEBF862" w:rsidR="008166FF" w:rsidRDefault="008166FF" w:rsidP="00FB14B6">
      <w:pPr>
        <w:spacing w:after="0"/>
        <w:rPr>
          <w:rFonts w:asciiTheme="majorHAnsi" w:hAnsiTheme="majorHAnsi" w:cstheme="majorHAnsi"/>
        </w:rPr>
      </w:pPr>
      <w:r>
        <w:rPr>
          <w:rFonts w:asciiTheme="majorHAnsi" w:hAnsiTheme="majorHAnsi" w:cstheme="majorHAnsi"/>
        </w:rPr>
        <w:t>Governors:</w:t>
      </w:r>
    </w:p>
    <w:p w14:paraId="30A47F80" w14:textId="249C809D" w:rsidR="008166FF" w:rsidRDefault="008166FF" w:rsidP="00FB14B6">
      <w:pPr>
        <w:spacing w:after="0"/>
        <w:rPr>
          <w:rFonts w:asciiTheme="majorHAnsi" w:hAnsiTheme="majorHAnsi" w:cstheme="majorHAnsi"/>
        </w:rPr>
      </w:pPr>
      <w:r>
        <w:rPr>
          <w:rFonts w:asciiTheme="majorHAnsi" w:hAnsiTheme="majorHAnsi" w:cstheme="majorHAnsi"/>
        </w:rPr>
        <w:t>-Report to Chair of Governors on serious misbehavior or any concerns</w:t>
      </w:r>
    </w:p>
    <w:p w14:paraId="7AE0B09B" w14:textId="7767C3DC" w:rsidR="008166FF" w:rsidRPr="00DA6543" w:rsidRDefault="008166FF" w:rsidP="00FB14B6">
      <w:pPr>
        <w:spacing w:after="0"/>
        <w:rPr>
          <w:rFonts w:asciiTheme="majorHAnsi" w:hAnsiTheme="majorHAnsi" w:cstheme="majorHAnsi"/>
        </w:rPr>
      </w:pPr>
      <w:r>
        <w:rPr>
          <w:rFonts w:asciiTheme="majorHAnsi" w:hAnsiTheme="majorHAnsi" w:cstheme="majorHAnsi"/>
        </w:rPr>
        <w:t>-Report overview of CPOMS in DSL Safeguarding Meeting</w:t>
      </w:r>
    </w:p>
    <w:p w14:paraId="49345A0A" w14:textId="77777777" w:rsidR="002C1A6A" w:rsidRPr="00DA6543" w:rsidRDefault="002C1A6A">
      <w:pPr>
        <w:rPr>
          <w:rFonts w:asciiTheme="majorHAnsi" w:hAnsiTheme="majorHAnsi" w:cstheme="majorHAnsi"/>
          <w:b/>
        </w:rPr>
      </w:pPr>
    </w:p>
    <w:p w14:paraId="786F0AB8" w14:textId="77777777" w:rsidR="00A85B0B" w:rsidRPr="00DA6543" w:rsidRDefault="002C1A6A">
      <w:pPr>
        <w:rPr>
          <w:rFonts w:asciiTheme="majorHAnsi" w:hAnsiTheme="majorHAnsi" w:cstheme="majorHAnsi"/>
          <w:b/>
        </w:rPr>
      </w:pPr>
      <w:r w:rsidRPr="00DA6543">
        <w:rPr>
          <w:rFonts w:asciiTheme="majorHAnsi" w:hAnsiTheme="majorHAnsi" w:cstheme="majorHAnsi"/>
          <w:b/>
        </w:rPr>
        <w:t>7. CONSEQUENCES (STANDARDISED WHOLE-SCHOOL SYSTEM)</w:t>
      </w:r>
    </w:p>
    <w:p w14:paraId="56FB33EC" w14:textId="27115E2A" w:rsidR="00A85B0B" w:rsidRPr="00DA6543" w:rsidRDefault="002C1A6A">
      <w:pPr>
        <w:rPr>
          <w:rFonts w:asciiTheme="majorHAnsi" w:hAnsiTheme="majorHAnsi" w:cstheme="majorHAnsi"/>
        </w:rPr>
      </w:pPr>
      <w:r w:rsidRPr="00DA6543">
        <w:rPr>
          <w:rFonts w:asciiTheme="majorHAnsi" w:hAnsiTheme="majorHAnsi" w:cstheme="majorHAnsi"/>
        </w:rPr>
        <w:t>Sanctions are restorative, proportionate, private</w:t>
      </w:r>
      <w:r w:rsidR="00E04136">
        <w:rPr>
          <w:rFonts w:asciiTheme="majorHAnsi" w:hAnsiTheme="majorHAnsi" w:cstheme="majorHAnsi"/>
        </w:rPr>
        <w:t xml:space="preserve"> and </w:t>
      </w:r>
      <w:r w:rsidRPr="00DA6543">
        <w:rPr>
          <w:rFonts w:asciiTheme="majorHAnsi" w:hAnsiTheme="majorHAnsi" w:cstheme="majorHAnsi"/>
        </w:rPr>
        <w:t xml:space="preserve">age-appropriate. </w:t>
      </w:r>
      <w:r w:rsidR="00BF57F8" w:rsidRPr="00DA6543">
        <w:rPr>
          <w:rFonts w:asciiTheme="majorHAnsi" w:hAnsiTheme="majorHAnsi" w:cstheme="majorHAnsi"/>
        </w:rPr>
        <w:t xml:space="preserve"> </w:t>
      </w:r>
      <w:r w:rsidRPr="00DA6543">
        <w:rPr>
          <w:rFonts w:asciiTheme="majorHAnsi" w:hAnsiTheme="majorHAnsi" w:cstheme="majorHAnsi"/>
        </w:rPr>
        <w:t>Public punishment or removal of earned rewards is not permitted.</w:t>
      </w:r>
      <w:r w:rsidR="009B44DF">
        <w:rPr>
          <w:rFonts w:asciiTheme="majorHAnsi" w:hAnsiTheme="majorHAnsi" w:cstheme="majorHAnsi"/>
        </w:rPr>
        <w:t xml:space="preserve">  </w:t>
      </w:r>
    </w:p>
    <w:p w14:paraId="7E03C0F8" w14:textId="77777777" w:rsidR="002C1A6A" w:rsidRPr="00DA6543" w:rsidRDefault="00795084">
      <w:pPr>
        <w:rPr>
          <w:rFonts w:asciiTheme="majorHAnsi" w:hAnsiTheme="majorHAnsi" w:cstheme="majorHAnsi"/>
          <w:b/>
        </w:rPr>
      </w:pPr>
      <w:r w:rsidRPr="00DA6543">
        <w:rPr>
          <w:rFonts w:asciiTheme="majorHAnsi" w:hAnsiTheme="majorHAnsi" w:cstheme="majorHAnsi"/>
          <w:b/>
        </w:rPr>
        <w:t>EYFS</w:t>
      </w:r>
    </w:p>
    <w:p w14:paraId="710EDAEF" w14:textId="77777777" w:rsidR="00795084" w:rsidRPr="00DA6543" w:rsidRDefault="00795084">
      <w:pPr>
        <w:rPr>
          <w:rFonts w:asciiTheme="majorHAnsi" w:hAnsiTheme="majorHAnsi" w:cstheme="majorHAnsi"/>
        </w:rPr>
      </w:pPr>
      <w:r w:rsidRPr="00DA6543">
        <w:rPr>
          <w:rFonts w:asciiTheme="majorHAnsi" w:hAnsiTheme="majorHAnsi" w:cstheme="majorHAnsi"/>
        </w:rPr>
        <w:t>As with the rest of the school, consequences are age-appropriate and include moving down the behaviour chart, always paired with a private restorative conversation to help children reflect and reset. Movement up or down the chart is always discussed with children individually rather than addressed as a whole class. Our behaviour chart is placed discreetly within the classroom, away from high-traffic areas, to maintain dignity and privacy. Importantly, while children may move down the chart, any stickers they have earned for positive behaviour are never removed.</w:t>
      </w:r>
    </w:p>
    <w:p w14:paraId="19DB92C7" w14:textId="5DE4F4F3" w:rsidR="00DA6543" w:rsidRDefault="00DA6543">
      <w:pPr>
        <w:rPr>
          <w:rFonts w:asciiTheme="majorHAnsi" w:hAnsiTheme="majorHAnsi" w:cstheme="majorHAnsi"/>
          <w:b/>
        </w:rPr>
      </w:pPr>
    </w:p>
    <w:p w14:paraId="3395FBD3" w14:textId="1BEA968F" w:rsidR="000208C7" w:rsidRDefault="000208C7">
      <w:pPr>
        <w:rPr>
          <w:rFonts w:asciiTheme="majorHAnsi" w:hAnsiTheme="majorHAnsi" w:cstheme="majorHAnsi"/>
          <w:b/>
        </w:rPr>
      </w:pPr>
    </w:p>
    <w:p w14:paraId="119EBBAD" w14:textId="11929984" w:rsidR="000208C7" w:rsidRDefault="000208C7">
      <w:pPr>
        <w:rPr>
          <w:rFonts w:asciiTheme="majorHAnsi" w:hAnsiTheme="majorHAnsi" w:cstheme="majorHAnsi"/>
          <w:b/>
        </w:rPr>
      </w:pPr>
    </w:p>
    <w:p w14:paraId="4018233C" w14:textId="77777777" w:rsidR="000208C7" w:rsidRPr="00DA6543" w:rsidRDefault="000208C7">
      <w:pPr>
        <w:rPr>
          <w:rFonts w:asciiTheme="majorHAnsi" w:hAnsiTheme="majorHAnsi" w:cstheme="majorHAnsi"/>
          <w:b/>
        </w:rPr>
      </w:pPr>
    </w:p>
    <w:p w14:paraId="179AA92C" w14:textId="77777777" w:rsidR="001F4E07" w:rsidRPr="00DA6543" w:rsidRDefault="001F4E07">
      <w:pPr>
        <w:rPr>
          <w:rFonts w:asciiTheme="majorHAnsi" w:hAnsiTheme="majorHAnsi" w:cstheme="majorHAnsi"/>
          <w:b/>
        </w:rPr>
      </w:pPr>
      <w:r w:rsidRPr="00DA6543">
        <w:rPr>
          <w:rFonts w:asciiTheme="majorHAnsi" w:hAnsiTheme="majorHAnsi" w:cstheme="majorHAnsi"/>
          <w:b/>
        </w:rPr>
        <w:lastRenderedPageBreak/>
        <w:t>Y1-Y6</w:t>
      </w:r>
    </w:p>
    <w:p w14:paraId="2358BE66" w14:textId="77777777" w:rsidR="00A85B0B" w:rsidRPr="00DA6543" w:rsidRDefault="002C1A6A">
      <w:pPr>
        <w:rPr>
          <w:rFonts w:asciiTheme="majorHAnsi" w:hAnsiTheme="majorHAnsi" w:cstheme="majorHAnsi"/>
          <w:b/>
        </w:rPr>
      </w:pPr>
      <w:r w:rsidRPr="00DA6543">
        <w:rPr>
          <w:rFonts w:asciiTheme="majorHAnsi" w:hAnsiTheme="majorHAnsi" w:cstheme="majorHAnsi"/>
          <w:b/>
        </w:rPr>
        <w:t>Low-Level Behaviours:</w:t>
      </w:r>
    </w:p>
    <w:p w14:paraId="1E8D187D" w14:textId="77777777" w:rsidR="00A85B0B" w:rsidRPr="00DA6543" w:rsidRDefault="002C1A6A">
      <w:pPr>
        <w:rPr>
          <w:rFonts w:asciiTheme="majorHAnsi" w:hAnsiTheme="majorHAnsi" w:cstheme="majorHAnsi"/>
        </w:rPr>
      </w:pPr>
      <w:r w:rsidRPr="00DA6543">
        <w:rPr>
          <w:rFonts w:asciiTheme="majorHAnsi" w:hAnsiTheme="majorHAnsi" w:cstheme="majorHAnsi"/>
        </w:rPr>
        <w:t>Examples: calling out, chatting, off-task behaviour.</w:t>
      </w:r>
    </w:p>
    <w:p w14:paraId="25F12730" w14:textId="77777777" w:rsidR="00A85B0B" w:rsidRPr="00DA6543" w:rsidRDefault="002C1A6A">
      <w:pPr>
        <w:rPr>
          <w:rFonts w:asciiTheme="majorHAnsi" w:hAnsiTheme="majorHAnsi" w:cstheme="majorHAnsi"/>
        </w:rPr>
      </w:pPr>
      <w:r w:rsidRPr="00DA6543">
        <w:rPr>
          <w:rFonts w:asciiTheme="majorHAnsi" w:hAnsiTheme="majorHAnsi" w:cstheme="majorHAnsi"/>
        </w:rPr>
        <w:t>Response: reminder → warning → consequence</w:t>
      </w:r>
    </w:p>
    <w:p w14:paraId="2F79239F" w14:textId="77777777" w:rsidR="00A85B0B" w:rsidRPr="00DA6543" w:rsidRDefault="002C1A6A">
      <w:pPr>
        <w:rPr>
          <w:rFonts w:asciiTheme="majorHAnsi" w:hAnsiTheme="majorHAnsi" w:cstheme="majorHAnsi"/>
        </w:rPr>
      </w:pPr>
      <w:r w:rsidRPr="00DA6543">
        <w:rPr>
          <w:rFonts w:asciiTheme="majorHAnsi" w:hAnsiTheme="majorHAnsi" w:cstheme="majorHAnsi"/>
        </w:rPr>
        <w:t>Possible consequences:</w:t>
      </w:r>
    </w:p>
    <w:p w14:paraId="555853AA" w14:textId="688FCAAF" w:rsidR="00A85B0B" w:rsidRPr="0032381C" w:rsidRDefault="002C1A6A" w:rsidP="0032381C">
      <w:pPr>
        <w:jc w:val="both"/>
        <w:rPr>
          <w:rFonts w:ascii="Calibri" w:hAnsi="Calibri" w:cs="Calibri"/>
        </w:rPr>
      </w:pPr>
      <w:r w:rsidRPr="00DA6543">
        <w:rPr>
          <w:rFonts w:asciiTheme="majorHAnsi" w:hAnsiTheme="majorHAnsi" w:cstheme="majorHAnsi"/>
        </w:rPr>
        <w:t>- brief reflection time</w:t>
      </w:r>
      <w:r w:rsidR="0032381C">
        <w:rPr>
          <w:rFonts w:asciiTheme="majorHAnsi" w:hAnsiTheme="majorHAnsi" w:cstheme="majorHAnsi"/>
        </w:rPr>
        <w:t xml:space="preserve">.  This could also include </w:t>
      </w:r>
      <w:r w:rsidR="0032381C">
        <w:rPr>
          <w:rFonts w:ascii="Calibri" w:hAnsi="Calibri" w:cs="Calibri"/>
        </w:rPr>
        <w:t>Individual pupils having a designated break out space or working with another member of the staff team to support self-regulation.</w:t>
      </w:r>
    </w:p>
    <w:p w14:paraId="388E96D8"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completing work at break</w:t>
      </w:r>
    </w:p>
    <w:p w14:paraId="513DC07F"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restorative conversation</w:t>
      </w:r>
    </w:p>
    <w:p w14:paraId="490EB4C8" w14:textId="77777777" w:rsidR="002C1A6A" w:rsidRPr="00DA6543" w:rsidRDefault="002C1A6A">
      <w:pPr>
        <w:rPr>
          <w:rFonts w:asciiTheme="majorHAnsi" w:hAnsiTheme="majorHAnsi" w:cstheme="majorHAnsi"/>
        </w:rPr>
      </w:pPr>
    </w:p>
    <w:p w14:paraId="543A4508" w14:textId="77777777" w:rsidR="00A85B0B" w:rsidRPr="00DA6543" w:rsidRDefault="002C1A6A">
      <w:pPr>
        <w:rPr>
          <w:rFonts w:asciiTheme="majorHAnsi" w:hAnsiTheme="majorHAnsi" w:cstheme="majorHAnsi"/>
          <w:b/>
        </w:rPr>
      </w:pPr>
      <w:r w:rsidRPr="00DA6543">
        <w:rPr>
          <w:rFonts w:asciiTheme="majorHAnsi" w:hAnsiTheme="majorHAnsi" w:cstheme="majorHAnsi"/>
          <w:b/>
        </w:rPr>
        <w:t>Moderate Behaviours:</w:t>
      </w:r>
    </w:p>
    <w:p w14:paraId="5A771EB8" w14:textId="77777777" w:rsidR="00A85B0B" w:rsidRPr="00DA6543" w:rsidRDefault="002C1A6A">
      <w:pPr>
        <w:rPr>
          <w:rFonts w:asciiTheme="majorHAnsi" w:hAnsiTheme="majorHAnsi" w:cstheme="majorHAnsi"/>
        </w:rPr>
      </w:pPr>
      <w:r w:rsidRPr="00DA6543">
        <w:rPr>
          <w:rFonts w:asciiTheme="majorHAnsi" w:hAnsiTheme="majorHAnsi" w:cstheme="majorHAnsi"/>
        </w:rPr>
        <w:t>Examples: repeated low-level behaviour, refusal, unsafe conduct.</w:t>
      </w:r>
    </w:p>
    <w:p w14:paraId="26E25861" w14:textId="77777777" w:rsidR="00A85B0B" w:rsidRPr="00DA6543" w:rsidRDefault="002C1A6A">
      <w:pPr>
        <w:rPr>
          <w:rFonts w:asciiTheme="majorHAnsi" w:hAnsiTheme="majorHAnsi" w:cstheme="majorHAnsi"/>
        </w:rPr>
      </w:pPr>
      <w:r w:rsidRPr="00DA6543">
        <w:rPr>
          <w:rFonts w:asciiTheme="majorHAnsi" w:hAnsiTheme="majorHAnsi" w:cstheme="majorHAnsi"/>
        </w:rPr>
        <w:t xml:space="preserve">Response: </w:t>
      </w:r>
      <w:r w:rsidR="001F4E07" w:rsidRPr="00DA6543">
        <w:rPr>
          <w:rFonts w:asciiTheme="majorHAnsi" w:hAnsiTheme="majorHAnsi" w:cstheme="majorHAnsi"/>
        </w:rPr>
        <w:t>reminder → warning → consequence</w:t>
      </w:r>
    </w:p>
    <w:p w14:paraId="54654B6B" w14:textId="77777777" w:rsidR="00BF57F8" w:rsidRPr="00DA6543" w:rsidRDefault="00BF57F8" w:rsidP="00BF57F8">
      <w:pPr>
        <w:rPr>
          <w:rFonts w:asciiTheme="majorHAnsi" w:hAnsiTheme="majorHAnsi" w:cstheme="majorHAnsi"/>
        </w:rPr>
      </w:pPr>
      <w:r w:rsidRPr="00DA6543">
        <w:rPr>
          <w:rFonts w:asciiTheme="majorHAnsi" w:hAnsiTheme="majorHAnsi" w:cstheme="majorHAnsi"/>
        </w:rPr>
        <w:t xml:space="preserve">Possible </w:t>
      </w:r>
      <w:r w:rsidR="001F4E07" w:rsidRPr="00DA6543">
        <w:rPr>
          <w:rFonts w:asciiTheme="majorHAnsi" w:hAnsiTheme="majorHAnsi" w:cstheme="majorHAnsi"/>
        </w:rPr>
        <w:t>consequence</w:t>
      </w:r>
      <w:r w:rsidRPr="00DA6543">
        <w:rPr>
          <w:rFonts w:asciiTheme="majorHAnsi" w:hAnsiTheme="majorHAnsi" w:cstheme="majorHAnsi"/>
        </w:rPr>
        <w:t>:</w:t>
      </w:r>
    </w:p>
    <w:p w14:paraId="4D0B1AF7" w14:textId="77777777" w:rsidR="002C1A6A" w:rsidRPr="00DA6543" w:rsidRDefault="00BF57F8" w:rsidP="00FB14B6">
      <w:pPr>
        <w:spacing w:after="0"/>
        <w:rPr>
          <w:rFonts w:asciiTheme="majorHAnsi" w:hAnsiTheme="majorHAnsi" w:cstheme="majorHAnsi"/>
        </w:rPr>
      </w:pPr>
      <w:r w:rsidRPr="00DA6543">
        <w:rPr>
          <w:rFonts w:asciiTheme="majorHAnsi" w:hAnsiTheme="majorHAnsi" w:cstheme="majorHAnsi"/>
        </w:rPr>
        <w:t>- a period of reflection time during break</w:t>
      </w:r>
    </w:p>
    <w:p w14:paraId="3E16606E" w14:textId="77777777" w:rsidR="00BF57F8" w:rsidRPr="00DA6543" w:rsidRDefault="00BF57F8" w:rsidP="00FB14B6">
      <w:pPr>
        <w:spacing w:after="0"/>
        <w:rPr>
          <w:rFonts w:asciiTheme="majorHAnsi" w:hAnsiTheme="majorHAnsi" w:cstheme="majorHAnsi"/>
        </w:rPr>
      </w:pPr>
      <w:r w:rsidRPr="00DA6543">
        <w:rPr>
          <w:rFonts w:asciiTheme="majorHAnsi" w:hAnsiTheme="majorHAnsi" w:cstheme="majorHAnsi"/>
        </w:rPr>
        <w:t>- restorative conversation</w:t>
      </w:r>
    </w:p>
    <w:p w14:paraId="7B7E289C"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 possible parent meeting or contact</w:t>
      </w:r>
    </w:p>
    <w:p w14:paraId="31E8E1E8"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-CPOMs recording</w:t>
      </w:r>
    </w:p>
    <w:p w14:paraId="77282FEC" w14:textId="77777777" w:rsidR="00BC0F95" w:rsidRDefault="00BC0F95">
      <w:pPr>
        <w:rPr>
          <w:rFonts w:asciiTheme="majorHAnsi" w:hAnsiTheme="majorHAnsi" w:cstheme="majorHAnsi"/>
          <w:b/>
        </w:rPr>
      </w:pPr>
    </w:p>
    <w:p w14:paraId="09320CAA" w14:textId="5E26E7B9" w:rsidR="00A85B0B" w:rsidRPr="00DA6543" w:rsidRDefault="002C1A6A">
      <w:pPr>
        <w:rPr>
          <w:rFonts w:asciiTheme="majorHAnsi" w:hAnsiTheme="majorHAnsi" w:cstheme="majorHAnsi"/>
          <w:b/>
        </w:rPr>
      </w:pPr>
      <w:r w:rsidRPr="00DA6543">
        <w:rPr>
          <w:rFonts w:asciiTheme="majorHAnsi" w:hAnsiTheme="majorHAnsi" w:cstheme="majorHAnsi"/>
          <w:b/>
        </w:rPr>
        <w:t xml:space="preserve">Serious or High-Level </w:t>
      </w:r>
      <w:proofErr w:type="spellStart"/>
      <w:r w:rsidRPr="00DA6543">
        <w:rPr>
          <w:rFonts w:asciiTheme="majorHAnsi" w:hAnsiTheme="majorHAnsi" w:cstheme="majorHAnsi"/>
          <w:b/>
        </w:rPr>
        <w:t>Behaviours</w:t>
      </w:r>
      <w:proofErr w:type="spellEnd"/>
      <w:r w:rsidRPr="00DA6543">
        <w:rPr>
          <w:rFonts w:asciiTheme="majorHAnsi" w:hAnsiTheme="majorHAnsi" w:cstheme="majorHAnsi"/>
          <w:b/>
        </w:rPr>
        <w:t>:</w:t>
      </w:r>
    </w:p>
    <w:p w14:paraId="601C78E6" w14:textId="77777777" w:rsidR="00A85B0B" w:rsidRPr="00DA6543" w:rsidRDefault="002C1A6A">
      <w:pPr>
        <w:rPr>
          <w:rFonts w:asciiTheme="majorHAnsi" w:hAnsiTheme="majorHAnsi" w:cstheme="majorHAnsi"/>
        </w:rPr>
      </w:pPr>
      <w:r w:rsidRPr="00DA6543">
        <w:rPr>
          <w:rFonts w:asciiTheme="majorHAnsi" w:hAnsiTheme="majorHAnsi" w:cstheme="majorHAnsi"/>
        </w:rPr>
        <w:t>Examples: aggression, bullying, discrimination, damage to property, child-on-child abuse concerns.</w:t>
      </w:r>
    </w:p>
    <w:p w14:paraId="3F56F0AA" w14:textId="77777777" w:rsidR="00A85B0B" w:rsidRPr="00DA6543" w:rsidRDefault="002C1A6A" w:rsidP="001F4E07">
      <w:pPr>
        <w:rPr>
          <w:rFonts w:asciiTheme="majorHAnsi" w:hAnsiTheme="majorHAnsi" w:cstheme="majorHAnsi"/>
        </w:rPr>
      </w:pPr>
      <w:r w:rsidRPr="00DA6543">
        <w:rPr>
          <w:rFonts w:asciiTheme="majorHAnsi" w:hAnsiTheme="majorHAnsi" w:cstheme="majorHAnsi"/>
        </w:rPr>
        <w:t>Response:</w:t>
      </w:r>
      <w:r w:rsidR="001F4E07" w:rsidRPr="00DA6543">
        <w:rPr>
          <w:rFonts w:asciiTheme="majorHAnsi" w:hAnsiTheme="majorHAnsi" w:cstheme="majorHAnsi"/>
        </w:rPr>
        <w:t xml:space="preserve"> reminder → warning → consequence</w:t>
      </w:r>
    </w:p>
    <w:p w14:paraId="055B6CD3" w14:textId="77777777" w:rsidR="00A85B0B" w:rsidRPr="00DA6543" w:rsidRDefault="002C1A6A">
      <w:pPr>
        <w:rPr>
          <w:rFonts w:asciiTheme="majorHAnsi" w:hAnsiTheme="majorHAnsi" w:cstheme="majorHAnsi"/>
        </w:rPr>
      </w:pPr>
      <w:r w:rsidRPr="00DA6543">
        <w:rPr>
          <w:rFonts w:asciiTheme="majorHAnsi" w:hAnsiTheme="majorHAnsi" w:cstheme="majorHAnsi"/>
        </w:rPr>
        <w:t>Possible sanctions:</w:t>
      </w:r>
    </w:p>
    <w:p w14:paraId="1F6A7D92"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 immediate removal from situation</w:t>
      </w:r>
      <w:r w:rsidR="00DC2115" w:rsidRPr="00DA6543">
        <w:rPr>
          <w:rFonts w:asciiTheme="majorHAnsi" w:hAnsiTheme="majorHAnsi" w:cstheme="majorHAnsi"/>
        </w:rPr>
        <w:t xml:space="preserve"> especially if safety is required</w:t>
      </w:r>
    </w:p>
    <w:p w14:paraId="5360163E"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 SLT involvement</w:t>
      </w:r>
    </w:p>
    <w:p w14:paraId="284217F3"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 CPOMS recording</w:t>
      </w:r>
    </w:p>
    <w:p w14:paraId="0A9D8D70" w14:textId="77777777" w:rsidR="001F4E07" w:rsidRPr="00DA6543" w:rsidRDefault="001F4E07" w:rsidP="00FB14B6">
      <w:pPr>
        <w:spacing w:after="0"/>
        <w:rPr>
          <w:rFonts w:asciiTheme="majorHAnsi" w:hAnsiTheme="majorHAnsi" w:cstheme="majorHAnsi"/>
        </w:rPr>
      </w:pPr>
      <w:r w:rsidRPr="00DA6543">
        <w:rPr>
          <w:rFonts w:asciiTheme="majorHAnsi" w:hAnsiTheme="majorHAnsi" w:cstheme="majorHAnsi"/>
        </w:rPr>
        <w:t>- parent meeting</w:t>
      </w:r>
    </w:p>
    <w:p w14:paraId="5947B217"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internal reflection time</w:t>
      </w:r>
    </w:p>
    <w:p w14:paraId="2E88033C"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xml:space="preserve">- temporary exclusion </w:t>
      </w:r>
    </w:p>
    <w:p w14:paraId="32F0D756"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 permanent exclusion</w:t>
      </w:r>
    </w:p>
    <w:p w14:paraId="5C81BD1B" w14:textId="77777777" w:rsidR="002C1A6A" w:rsidRPr="00DA6543" w:rsidRDefault="002C1A6A">
      <w:pPr>
        <w:rPr>
          <w:rFonts w:asciiTheme="majorHAnsi" w:hAnsiTheme="majorHAnsi" w:cstheme="majorHAnsi"/>
        </w:rPr>
      </w:pPr>
    </w:p>
    <w:p w14:paraId="78409DDB" w14:textId="77777777" w:rsidR="00A85B0B" w:rsidRPr="00DA6543" w:rsidRDefault="002C1A6A">
      <w:pPr>
        <w:rPr>
          <w:rFonts w:asciiTheme="majorHAnsi" w:hAnsiTheme="majorHAnsi" w:cstheme="majorHAnsi"/>
          <w:b/>
        </w:rPr>
      </w:pPr>
      <w:r w:rsidRPr="00DA6543">
        <w:rPr>
          <w:rFonts w:asciiTheme="majorHAnsi" w:hAnsiTheme="majorHAnsi" w:cstheme="majorHAnsi"/>
          <w:b/>
        </w:rPr>
        <w:t>8. RESTORATIVE PRACTICE</w:t>
      </w:r>
    </w:p>
    <w:p w14:paraId="61F4CDB9" w14:textId="77777777" w:rsidR="00A85B0B" w:rsidRPr="00DA6543" w:rsidRDefault="002C1A6A">
      <w:pPr>
        <w:rPr>
          <w:rFonts w:asciiTheme="majorHAnsi" w:hAnsiTheme="majorHAnsi" w:cstheme="majorHAnsi"/>
        </w:rPr>
      </w:pPr>
      <w:r w:rsidRPr="00DA6543">
        <w:rPr>
          <w:rFonts w:asciiTheme="majorHAnsi" w:hAnsiTheme="majorHAnsi" w:cstheme="majorHAnsi"/>
        </w:rPr>
        <w:t>Restorative conversations should be used following incidents. Staff may use:</w:t>
      </w:r>
    </w:p>
    <w:p w14:paraId="07851318"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1. What happened?</w:t>
      </w:r>
    </w:p>
    <w:p w14:paraId="173A2DE1"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2. What were you feeling?</w:t>
      </w:r>
    </w:p>
    <w:p w14:paraId="2DFEC005"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3. Who has been affected?</w:t>
      </w:r>
    </w:p>
    <w:p w14:paraId="21194AE6" w14:textId="77777777" w:rsidR="00A85B0B" w:rsidRPr="00DA6543" w:rsidRDefault="002C1A6A" w:rsidP="00FB14B6">
      <w:pPr>
        <w:spacing w:after="0"/>
        <w:rPr>
          <w:rFonts w:asciiTheme="majorHAnsi" w:hAnsiTheme="majorHAnsi" w:cstheme="majorHAnsi"/>
        </w:rPr>
      </w:pPr>
      <w:r w:rsidRPr="00DA6543">
        <w:rPr>
          <w:rFonts w:asciiTheme="majorHAnsi" w:hAnsiTheme="majorHAnsi" w:cstheme="majorHAnsi"/>
        </w:rPr>
        <w:t>4. What needs to happen next?</w:t>
      </w:r>
    </w:p>
    <w:p w14:paraId="625B0D2E" w14:textId="77777777" w:rsidR="002C1A6A" w:rsidRPr="00DA6543" w:rsidRDefault="002C1A6A" w:rsidP="00FB14B6">
      <w:pPr>
        <w:spacing w:after="0"/>
        <w:rPr>
          <w:rFonts w:asciiTheme="majorHAnsi" w:hAnsiTheme="majorHAnsi" w:cstheme="majorHAnsi"/>
        </w:rPr>
      </w:pPr>
      <w:r w:rsidRPr="00DA6543">
        <w:rPr>
          <w:rFonts w:asciiTheme="majorHAnsi" w:hAnsiTheme="majorHAnsi" w:cstheme="majorHAnsi"/>
        </w:rPr>
        <w:t>5. What will you do differently next time?</w:t>
      </w:r>
    </w:p>
    <w:p w14:paraId="5A157D51" w14:textId="77777777" w:rsidR="00DC2115" w:rsidRPr="00DA6543" w:rsidRDefault="00DC2115">
      <w:pPr>
        <w:rPr>
          <w:rFonts w:asciiTheme="majorHAnsi" w:hAnsiTheme="majorHAnsi" w:cstheme="majorHAnsi"/>
          <w:b/>
        </w:rPr>
      </w:pPr>
    </w:p>
    <w:p w14:paraId="057583F1" w14:textId="77777777" w:rsidR="00A85B0B" w:rsidRPr="00DA6543" w:rsidRDefault="001F4E07">
      <w:pPr>
        <w:rPr>
          <w:rFonts w:asciiTheme="majorHAnsi" w:hAnsiTheme="majorHAnsi" w:cstheme="majorHAnsi"/>
          <w:b/>
        </w:rPr>
      </w:pPr>
      <w:r w:rsidRPr="00DA6543">
        <w:rPr>
          <w:rFonts w:asciiTheme="majorHAnsi" w:hAnsiTheme="majorHAnsi" w:cstheme="majorHAnsi"/>
          <w:b/>
        </w:rPr>
        <w:t>9</w:t>
      </w:r>
      <w:r w:rsidR="002C1A6A" w:rsidRPr="00DA6543">
        <w:rPr>
          <w:rFonts w:asciiTheme="majorHAnsi" w:hAnsiTheme="majorHAnsi" w:cstheme="majorHAnsi"/>
          <w:b/>
        </w:rPr>
        <w:t>. RECORDING AND REPORTING</w:t>
      </w:r>
    </w:p>
    <w:p w14:paraId="0129D8F9" w14:textId="0B9F8045" w:rsidR="00DA6543" w:rsidRDefault="002C1A6A">
      <w:pPr>
        <w:rPr>
          <w:rFonts w:asciiTheme="majorHAnsi" w:hAnsiTheme="majorHAnsi" w:cstheme="majorHAnsi"/>
        </w:rPr>
      </w:pPr>
      <w:r w:rsidRPr="00DA6543">
        <w:rPr>
          <w:rFonts w:asciiTheme="majorHAnsi" w:hAnsiTheme="majorHAnsi" w:cstheme="majorHAnsi"/>
        </w:rPr>
        <w:t>All significant incidents, safeguarding concerns, or repeated behaviours must be logged on CPOMS. Staff follow the school’s safeguarding procedures and consult senior leaders where necessary.</w:t>
      </w:r>
    </w:p>
    <w:p w14:paraId="010894D0" w14:textId="77777777" w:rsidR="008927FC" w:rsidRDefault="008927FC">
      <w:pPr>
        <w:rPr>
          <w:rFonts w:asciiTheme="majorHAnsi" w:hAnsiTheme="majorHAnsi" w:cstheme="majorHAnsi"/>
        </w:rPr>
      </w:pPr>
    </w:p>
    <w:p w14:paraId="4B0E1631" w14:textId="08EDC1E4" w:rsidR="00A7069D" w:rsidRPr="008927FC" w:rsidRDefault="00A7069D" w:rsidP="00A7069D">
      <w:pPr>
        <w:rPr>
          <w:rFonts w:ascii="Calibri" w:hAnsi="Calibri" w:cs="Calibri"/>
          <w:b/>
        </w:rPr>
      </w:pPr>
      <w:r w:rsidRPr="008927FC">
        <w:rPr>
          <w:rFonts w:ascii="Calibri" w:hAnsi="Calibri" w:cs="Calibri"/>
          <w:b/>
        </w:rPr>
        <w:t>10. INCLUSION, SEND AND NEURODIVERSITY</w:t>
      </w:r>
    </w:p>
    <w:p w14:paraId="30B5053E" w14:textId="24340BCA" w:rsidR="00A7069D" w:rsidRPr="008927FC" w:rsidRDefault="00A7069D" w:rsidP="00A7069D">
      <w:pPr>
        <w:rPr>
          <w:rFonts w:ascii="Calibri" w:hAnsi="Calibri" w:cs="Calibri"/>
        </w:rPr>
      </w:pPr>
      <w:r w:rsidRPr="008927FC">
        <w:rPr>
          <w:rFonts w:ascii="Calibri" w:hAnsi="Calibri" w:cs="Calibri"/>
        </w:rPr>
        <w:t xml:space="preserve">The school </w:t>
      </w:r>
      <w:proofErr w:type="spellStart"/>
      <w:r w:rsidRPr="008927FC">
        <w:rPr>
          <w:rFonts w:ascii="Calibri" w:hAnsi="Calibri" w:cs="Calibri"/>
        </w:rPr>
        <w:t>recognises</w:t>
      </w:r>
      <w:proofErr w:type="spellEnd"/>
      <w:r w:rsidRPr="008927FC">
        <w:rPr>
          <w:rFonts w:ascii="Calibri" w:hAnsi="Calibri" w:cs="Calibri"/>
        </w:rPr>
        <w:t xml:space="preserve"> that all children are unique, individual and valued, and that behaviour is influenced by a wide range of developmental, emotional and neurological factors.</w:t>
      </w:r>
    </w:p>
    <w:p w14:paraId="54B5377B" w14:textId="3806795B" w:rsidR="00A7069D" w:rsidRPr="008927FC" w:rsidRDefault="00A7069D" w:rsidP="00A7069D">
      <w:pPr>
        <w:rPr>
          <w:rFonts w:ascii="Calibri" w:hAnsi="Calibri" w:cs="Calibri"/>
        </w:rPr>
      </w:pPr>
      <w:r w:rsidRPr="008927FC">
        <w:rPr>
          <w:rFonts w:ascii="Calibri" w:hAnsi="Calibri" w:cs="Calibri"/>
        </w:rPr>
        <w:t>We are committed to inclusive practice and to meeting the needs of pupils with Special Educational Needs and Disabilities (SEND) and those who are neurodivergent, including but not limited to autism, ADHD, speech and language needs, sensory processing differences and social, emotional or mental health needs.</w:t>
      </w:r>
    </w:p>
    <w:p w14:paraId="6F3F3B48" w14:textId="6B6A5725" w:rsidR="00A7069D" w:rsidRPr="008927FC" w:rsidRDefault="00A7069D" w:rsidP="00A7069D">
      <w:pPr>
        <w:rPr>
          <w:rFonts w:ascii="Calibri" w:hAnsi="Calibri" w:cs="Calibri"/>
        </w:rPr>
      </w:pPr>
      <w:r w:rsidRPr="008927FC">
        <w:rPr>
          <w:rFonts w:ascii="Calibri" w:hAnsi="Calibri" w:cs="Calibri"/>
        </w:rPr>
        <w:t>Key principles include:</w:t>
      </w:r>
    </w:p>
    <w:p w14:paraId="02BC408A" w14:textId="7E4F7189" w:rsidR="00A7069D" w:rsidRPr="008927FC" w:rsidRDefault="00FB14B6" w:rsidP="008927FC">
      <w:pPr>
        <w:spacing w:after="0"/>
        <w:rPr>
          <w:rFonts w:ascii="Calibri" w:hAnsi="Calibri" w:cs="Calibri"/>
        </w:rPr>
      </w:pPr>
      <w:r>
        <w:rPr>
          <w:rFonts w:ascii="Calibri" w:hAnsi="Calibri" w:cs="Calibri"/>
        </w:rPr>
        <w:t>-</w:t>
      </w:r>
      <w:r w:rsidR="00A7069D" w:rsidRPr="008927FC">
        <w:rPr>
          <w:rFonts w:ascii="Calibri" w:hAnsi="Calibri" w:cs="Calibri"/>
        </w:rPr>
        <w:t>Behaviour is viewed as a form of communication.</w:t>
      </w:r>
    </w:p>
    <w:p w14:paraId="4DB57874" w14:textId="48C386A9" w:rsidR="00A7069D" w:rsidRPr="008927FC" w:rsidRDefault="00FB14B6" w:rsidP="008927FC">
      <w:pPr>
        <w:spacing w:after="0" w:line="240" w:lineRule="auto"/>
        <w:rPr>
          <w:rFonts w:ascii="Calibri" w:hAnsi="Calibri" w:cs="Calibri"/>
        </w:rPr>
      </w:pPr>
      <w:r>
        <w:rPr>
          <w:rFonts w:ascii="Calibri" w:hAnsi="Calibri" w:cs="Calibri"/>
        </w:rPr>
        <w:t>-</w:t>
      </w:r>
      <w:r w:rsidR="00A7069D" w:rsidRPr="008927FC">
        <w:rPr>
          <w:rFonts w:ascii="Calibri" w:hAnsi="Calibri" w:cs="Calibri"/>
        </w:rPr>
        <w:t>One size does not fit all; equality does not always mean identical responses.</w:t>
      </w:r>
    </w:p>
    <w:p w14:paraId="7A4FD3D2" w14:textId="1011DED5" w:rsidR="00A7069D" w:rsidRPr="008927FC" w:rsidRDefault="00FB14B6" w:rsidP="008927FC">
      <w:pPr>
        <w:spacing w:after="0" w:line="240" w:lineRule="auto"/>
        <w:rPr>
          <w:rFonts w:ascii="Calibri" w:hAnsi="Calibri" w:cs="Calibri"/>
        </w:rPr>
      </w:pPr>
      <w:r>
        <w:rPr>
          <w:rFonts w:ascii="Calibri" w:hAnsi="Calibri" w:cs="Calibri"/>
        </w:rPr>
        <w:t>-</w:t>
      </w:r>
      <w:r w:rsidR="00A7069D" w:rsidRPr="008927FC">
        <w:rPr>
          <w:rFonts w:ascii="Calibri" w:hAnsi="Calibri" w:cs="Calibri"/>
        </w:rPr>
        <w:t>Adjustments may be necessary to support children to succeed.</w:t>
      </w:r>
    </w:p>
    <w:p w14:paraId="74D0A174" w14:textId="189E5844" w:rsidR="00A7069D" w:rsidRPr="008927FC" w:rsidRDefault="00FB14B6" w:rsidP="008927FC">
      <w:pPr>
        <w:spacing w:after="0" w:line="240" w:lineRule="auto"/>
        <w:rPr>
          <w:rFonts w:ascii="Calibri" w:hAnsi="Calibri" w:cs="Calibri"/>
        </w:rPr>
      </w:pPr>
      <w:r>
        <w:rPr>
          <w:rFonts w:ascii="Calibri" w:hAnsi="Calibri" w:cs="Calibri"/>
        </w:rPr>
        <w:t>-</w:t>
      </w:r>
      <w:r w:rsidR="00A7069D" w:rsidRPr="008927FC">
        <w:rPr>
          <w:rFonts w:ascii="Calibri" w:hAnsi="Calibri" w:cs="Calibri"/>
        </w:rPr>
        <w:t>Where a child’s behaviour is linked to SEND, neurodiversity or additional needs:</w:t>
      </w:r>
    </w:p>
    <w:p w14:paraId="5466AFC8" w14:textId="0DACD5BD" w:rsidR="00A7069D" w:rsidRPr="008927FC" w:rsidRDefault="00FB14B6" w:rsidP="008927FC">
      <w:pPr>
        <w:spacing w:after="0"/>
        <w:rPr>
          <w:rFonts w:ascii="Calibri" w:hAnsi="Calibri" w:cs="Calibri"/>
        </w:rPr>
      </w:pPr>
      <w:r>
        <w:rPr>
          <w:rFonts w:ascii="Calibri" w:hAnsi="Calibri" w:cs="Calibri"/>
        </w:rPr>
        <w:t>-</w:t>
      </w:r>
      <w:r w:rsidR="00A7069D" w:rsidRPr="008927FC">
        <w:rPr>
          <w:rFonts w:ascii="Calibri" w:hAnsi="Calibri" w:cs="Calibri"/>
        </w:rPr>
        <w:t>Reasonable and proportionate adaptations to the behaviour framework may be made where this is in the child’s best interests.</w:t>
      </w:r>
    </w:p>
    <w:p w14:paraId="7C72A1DD" w14:textId="3A906D81" w:rsidR="00A7069D" w:rsidRPr="008927FC" w:rsidRDefault="00FB14B6" w:rsidP="008927FC">
      <w:pPr>
        <w:spacing w:after="0"/>
        <w:rPr>
          <w:rFonts w:ascii="Calibri" w:hAnsi="Calibri" w:cs="Calibri"/>
        </w:rPr>
      </w:pPr>
      <w:r>
        <w:rPr>
          <w:rFonts w:ascii="Calibri" w:hAnsi="Calibri" w:cs="Calibri"/>
        </w:rPr>
        <w:t>-</w:t>
      </w:r>
      <w:r w:rsidR="00A7069D" w:rsidRPr="008927FC">
        <w:rPr>
          <w:rFonts w:ascii="Calibri" w:hAnsi="Calibri" w:cs="Calibri"/>
        </w:rPr>
        <w:t>Strategies may include visual supports, movement breaks, sensory regulation tools, adapted consequences, or individual behaviour support plans.</w:t>
      </w:r>
    </w:p>
    <w:p w14:paraId="54B8A3E1" w14:textId="51C5D065" w:rsidR="00A7069D" w:rsidRPr="008927FC" w:rsidRDefault="00FB14B6" w:rsidP="008927FC">
      <w:pPr>
        <w:spacing w:after="0"/>
        <w:rPr>
          <w:rFonts w:ascii="Calibri" w:hAnsi="Calibri" w:cs="Calibri"/>
        </w:rPr>
      </w:pPr>
      <w:r>
        <w:rPr>
          <w:rFonts w:ascii="Calibri" w:hAnsi="Calibri" w:cs="Calibri"/>
        </w:rPr>
        <w:t>-</w:t>
      </w:r>
      <w:r w:rsidR="00A7069D" w:rsidRPr="008927FC">
        <w:rPr>
          <w:rFonts w:ascii="Calibri" w:hAnsi="Calibri" w:cs="Calibri"/>
        </w:rPr>
        <w:t>Any adaptations are supportive</w:t>
      </w:r>
      <w:r w:rsidR="008927FC" w:rsidRPr="008927FC">
        <w:rPr>
          <w:rFonts w:ascii="Calibri" w:hAnsi="Calibri" w:cs="Calibri"/>
        </w:rPr>
        <w:t xml:space="preserve"> </w:t>
      </w:r>
      <w:r w:rsidR="00A7069D" w:rsidRPr="008927FC">
        <w:rPr>
          <w:rFonts w:ascii="Calibri" w:hAnsi="Calibri" w:cs="Calibri"/>
        </w:rPr>
        <w:t>and aim to promote regulation and long-term independence.</w:t>
      </w:r>
    </w:p>
    <w:p w14:paraId="4A73E49A" w14:textId="77777777" w:rsidR="00A7069D" w:rsidRPr="008927FC" w:rsidRDefault="00A7069D" w:rsidP="00A7069D">
      <w:pPr>
        <w:rPr>
          <w:rFonts w:ascii="Calibri" w:hAnsi="Calibri" w:cs="Calibri"/>
        </w:rPr>
      </w:pPr>
    </w:p>
    <w:p w14:paraId="6B1D002F" w14:textId="2CC907AF" w:rsidR="00A7069D" w:rsidRPr="008927FC" w:rsidRDefault="00A7069D" w:rsidP="008927FC">
      <w:pPr>
        <w:spacing w:after="0"/>
        <w:rPr>
          <w:rFonts w:ascii="Calibri" w:hAnsi="Calibri" w:cs="Calibri"/>
        </w:rPr>
      </w:pPr>
      <w:r w:rsidRPr="008927FC">
        <w:rPr>
          <w:rFonts w:ascii="Calibri" w:hAnsi="Calibri" w:cs="Calibri"/>
        </w:rPr>
        <w:t>The school will:</w:t>
      </w:r>
    </w:p>
    <w:p w14:paraId="6A093FAE" w14:textId="2CD88710" w:rsidR="00A7069D" w:rsidRPr="008927FC" w:rsidRDefault="00FB14B6" w:rsidP="008927FC">
      <w:pPr>
        <w:spacing w:after="0"/>
        <w:rPr>
          <w:rFonts w:ascii="Calibri" w:hAnsi="Calibri" w:cs="Calibri"/>
        </w:rPr>
      </w:pPr>
      <w:r>
        <w:rPr>
          <w:rFonts w:ascii="Calibri" w:hAnsi="Calibri" w:cs="Calibri"/>
        </w:rPr>
        <w:t>-</w:t>
      </w:r>
      <w:r w:rsidR="00A7069D" w:rsidRPr="008927FC">
        <w:rPr>
          <w:rFonts w:ascii="Calibri" w:hAnsi="Calibri" w:cs="Calibri"/>
        </w:rPr>
        <w:t>Work collaboratively with families, recognising parents and carers as experts in their child.</w:t>
      </w:r>
    </w:p>
    <w:p w14:paraId="55DB6C3F" w14:textId="09C23886" w:rsidR="00A7069D" w:rsidRPr="008927FC" w:rsidRDefault="00FB14B6" w:rsidP="008927FC">
      <w:pPr>
        <w:spacing w:after="0"/>
        <w:rPr>
          <w:rFonts w:ascii="Calibri" w:hAnsi="Calibri" w:cs="Calibri"/>
        </w:rPr>
      </w:pPr>
      <w:r>
        <w:rPr>
          <w:rFonts w:ascii="Calibri" w:hAnsi="Calibri" w:cs="Calibri"/>
        </w:rPr>
        <w:lastRenderedPageBreak/>
        <w:t>-</w:t>
      </w:r>
      <w:r w:rsidR="00A7069D" w:rsidRPr="008927FC">
        <w:rPr>
          <w:rFonts w:ascii="Calibri" w:hAnsi="Calibri" w:cs="Calibri"/>
        </w:rPr>
        <w:t xml:space="preserve">Involve the </w:t>
      </w:r>
      <w:proofErr w:type="spellStart"/>
      <w:r w:rsidR="00A7069D" w:rsidRPr="008927FC">
        <w:rPr>
          <w:rFonts w:ascii="Calibri" w:hAnsi="Calibri" w:cs="Calibri"/>
        </w:rPr>
        <w:t>SENCo</w:t>
      </w:r>
      <w:proofErr w:type="spellEnd"/>
      <w:r w:rsidR="00A7069D" w:rsidRPr="008927FC">
        <w:rPr>
          <w:rFonts w:ascii="Calibri" w:hAnsi="Calibri" w:cs="Calibri"/>
        </w:rPr>
        <w:t>, pastoral staff and external professionals where appropriate.</w:t>
      </w:r>
    </w:p>
    <w:p w14:paraId="3E891080" w14:textId="7AFF19A2" w:rsidR="00A7069D" w:rsidRPr="008927FC" w:rsidRDefault="00FB14B6" w:rsidP="008927FC">
      <w:pPr>
        <w:spacing w:after="0"/>
        <w:rPr>
          <w:rFonts w:ascii="Calibri" w:hAnsi="Calibri" w:cs="Calibri"/>
        </w:rPr>
      </w:pPr>
      <w:r>
        <w:rPr>
          <w:rFonts w:ascii="Calibri" w:hAnsi="Calibri" w:cs="Calibri"/>
        </w:rPr>
        <w:t>-</w:t>
      </w:r>
      <w:r w:rsidR="00A7069D" w:rsidRPr="008927FC">
        <w:rPr>
          <w:rFonts w:ascii="Calibri" w:hAnsi="Calibri" w:cs="Calibri"/>
        </w:rPr>
        <w:t>Ensure staff are supported through guidance and training to understand and respond effectively to diverse needs.</w:t>
      </w:r>
    </w:p>
    <w:p w14:paraId="6FDEE459" w14:textId="27875B75" w:rsidR="00A7069D" w:rsidRPr="008927FC" w:rsidRDefault="00FB14B6" w:rsidP="008927FC">
      <w:pPr>
        <w:spacing w:after="0"/>
        <w:rPr>
          <w:rFonts w:ascii="Calibri" w:hAnsi="Calibri" w:cs="Calibri"/>
        </w:rPr>
      </w:pPr>
      <w:r>
        <w:rPr>
          <w:rFonts w:ascii="Calibri" w:hAnsi="Calibri" w:cs="Calibri"/>
        </w:rPr>
        <w:t>-</w:t>
      </w:r>
      <w:r w:rsidR="00A7069D" w:rsidRPr="008927FC">
        <w:rPr>
          <w:rFonts w:ascii="Calibri" w:hAnsi="Calibri" w:cs="Calibri"/>
        </w:rPr>
        <w:t>Monitor and review strategies regularly to ensure they remain effective and appropriate.</w:t>
      </w:r>
    </w:p>
    <w:p w14:paraId="73C1B970" w14:textId="77777777" w:rsidR="008927FC" w:rsidRPr="008927FC" w:rsidRDefault="008927FC" w:rsidP="008927FC">
      <w:pPr>
        <w:spacing w:after="0"/>
        <w:rPr>
          <w:rFonts w:ascii="Calibri" w:hAnsi="Calibri" w:cs="Calibri"/>
        </w:rPr>
      </w:pPr>
    </w:p>
    <w:p w14:paraId="6F98C1C5" w14:textId="584C4ECA" w:rsidR="00A7069D" w:rsidRDefault="00A7069D" w:rsidP="00A7069D">
      <w:pPr>
        <w:rPr>
          <w:rFonts w:ascii="Calibri" w:hAnsi="Calibri" w:cs="Calibri"/>
        </w:rPr>
      </w:pPr>
      <w:r w:rsidRPr="008927FC">
        <w:rPr>
          <w:rFonts w:ascii="Calibri" w:hAnsi="Calibri" w:cs="Calibri"/>
        </w:rPr>
        <w:t>All pupils are held to high expectations, but these expectations are flexible and responsive, ensuring that every child is supported to thrive socially, emotionally and academically.</w:t>
      </w:r>
    </w:p>
    <w:p w14:paraId="38469649" w14:textId="77777777" w:rsidR="00BC0F95" w:rsidRPr="00BC0F95" w:rsidRDefault="00BC0F95" w:rsidP="00BC0F95">
      <w:pPr>
        <w:pStyle w:val="Heading3"/>
        <w:rPr>
          <w:rFonts w:ascii="Calibri" w:hAnsi="Calibri" w:cs="Calibri"/>
          <w:color w:val="auto"/>
        </w:rPr>
      </w:pPr>
      <w:bookmarkStart w:id="3" w:name="_Hlk208835942"/>
      <w:bookmarkStart w:id="4" w:name="_Hlk208835184"/>
      <w:r w:rsidRPr="00BC0F95">
        <w:rPr>
          <w:rFonts w:ascii="Calibri" w:hAnsi="Calibri" w:cs="Calibri"/>
          <w:color w:val="auto"/>
        </w:rPr>
        <w:t>Exclusions</w:t>
      </w:r>
    </w:p>
    <w:p w14:paraId="2D9A88FD" w14:textId="713314D3" w:rsidR="00BC0F95" w:rsidRDefault="00BC0F95" w:rsidP="00BC0F95">
      <w:pPr>
        <w:pStyle w:val="Heading3"/>
        <w:rPr>
          <w:rFonts w:ascii="Calibri" w:hAnsi="Calibri" w:cs="Calibri"/>
          <w:b w:val="0"/>
          <w:color w:val="auto"/>
        </w:rPr>
      </w:pPr>
      <w:r w:rsidRPr="00BC0F95">
        <w:rPr>
          <w:rFonts w:ascii="Calibri" w:hAnsi="Calibri" w:cs="Calibri"/>
          <w:b w:val="0"/>
          <w:color w:val="auto"/>
        </w:rPr>
        <w:t>The Headteacher may exclude a pupil for a period of between 1 day and 1 week for very serious indiscipline or less serious offences where repeated action has proved ineffective. If exclusion is ineffective, the school may be forced to require the pupil to leave the school.</w:t>
      </w:r>
    </w:p>
    <w:p w14:paraId="4FB2C3FC" w14:textId="77777777" w:rsidR="00BC0F95" w:rsidRPr="00BC0F95" w:rsidRDefault="00BC0F95" w:rsidP="00BC0F95"/>
    <w:p w14:paraId="5F32B9FC" w14:textId="631313B4" w:rsidR="00BC0F95" w:rsidRPr="00FE5EB4" w:rsidRDefault="00BC0F95" w:rsidP="00BC0F95">
      <w:pPr>
        <w:jc w:val="both"/>
        <w:rPr>
          <w:rFonts w:ascii="Calibri" w:hAnsi="Calibri" w:cs="Calibri"/>
        </w:rPr>
      </w:pPr>
      <w:r w:rsidRPr="00FE5EB4">
        <w:rPr>
          <w:rFonts w:ascii="Calibri" w:hAnsi="Calibri" w:cs="Calibri"/>
        </w:rPr>
        <w:t>Only the Headteacher, in consultation with the Chair of Governors, may exclude a pupil, whose behaviour she feels, is seriously unsatisfactory. Pupils may be excluded for one or more fixed periods not exceeding more than 30 days in one school year or permanently.</w:t>
      </w:r>
    </w:p>
    <w:p w14:paraId="3815E6B1" w14:textId="77777777" w:rsidR="00BC0F95" w:rsidRPr="00FE5EB4" w:rsidRDefault="00BC0F95" w:rsidP="00BC0F95">
      <w:pPr>
        <w:jc w:val="both"/>
        <w:rPr>
          <w:rFonts w:ascii="Calibri" w:hAnsi="Calibri" w:cs="Calibri"/>
        </w:rPr>
      </w:pPr>
      <w:r w:rsidRPr="00FE5EB4">
        <w:rPr>
          <w:rFonts w:ascii="Calibri" w:hAnsi="Calibri" w:cs="Calibri"/>
        </w:rPr>
        <w:t>A decision to exclude a pupil permanently is only to be taken as a last resort, when a wide range of strategies for dealing with disciplinary offences has been employed to no avail, or an exceptional ‘one off’ offence has been committed, e.g.:</w:t>
      </w:r>
    </w:p>
    <w:p w14:paraId="3B3FEE97" w14:textId="77777777" w:rsidR="00BC0F95" w:rsidRPr="00FE5EB4" w:rsidRDefault="00BC0F95" w:rsidP="00BC0F95">
      <w:pPr>
        <w:numPr>
          <w:ilvl w:val="0"/>
          <w:numId w:val="11"/>
        </w:numPr>
        <w:spacing w:after="0" w:line="240" w:lineRule="auto"/>
        <w:jc w:val="both"/>
        <w:rPr>
          <w:rFonts w:ascii="Calibri" w:hAnsi="Calibri" w:cs="Calibri"/>
        </w:rPr>
      </w:pPr>
      <w:r w:rsidRPr="00FE5EB4">
        <w:rPr>
          <w:rFonts w:ascii="Calibri" w:hAnsi="Calibri" w:cs="Calibri"/>
        </w:rPr>
        <w:t>Serious violence, actual or threatened, against another pupil or a member of staff;</w:t>
      </w:r>
    </w:p>
    <w:p w14:paraId="1EB0EBFA" w14:textId="77777777" w:rsidR="00BC0F95" w:rsidRPr="00FE5EB4" w:rsidRDefault="00BC0F95" w:rsidP="00BC0F95">
      <w:pPr>
        <w:numPr>
          <w:ilvl w:val="0"/>
          <w:numId w:val="11"/>
        </w:numPr>
        <w:spacing w:after="0" w:line="240" w:lineRule="auto"/>
        <w:jc w:val="both"/>
        <w:rPr>
          <w:rFonts w:ascii="Calibri" w:hAnsi="Calibri" w:cs="Calibri"/>
        </w:rPr>
      </w:pPr>
      <w:r w:rsidRPr="00FE5EB4">
        <w:rPr>
          <w:rFonts w:ascii="Calibri" w:hAnsi="Calibri" w:cs="Calibri"/>
        </w:rPr>
        <w:t>Serious abuse or assault;</w:t>
      </w:r>
    </w:p>
    <w:p w14:paraId="0459967D" w14:textId="77777777" w:rsidR="00BC0F95" w:rsidRPr="00FE5EB4" w:rsidRDefault="00BC0F95" w:rsidP="00BC0F95">
      <w:pPr>
        <w:numPr>
          <w:ilvl w:val="0"/>
          <w:numId w:val="11"/>
        </w:numPr>
        <w:spacing w:after="0" w:line="240" w:lineRule="auto"/>
        <w:jc w:val="both"/>
        <w:rPr>
          <w:rFonts w:ascii="Calibri" w:hAnsi="Calibri" w:cs="Calibri"/>
        </w:rPr>
      </w:pPr>
      <w:r w:rsidRPr="00FE5EB4">
        <w:rPr>
          <w:rFonts w:ascii="Calibri" w:hAnsi="Calibri" w:cs="Calibri"/>
        </w:rPr>
        <w:t>Cases of severe and persistent bullying (including cyber bullying);</w:t>
      </w:r>
    </w:p>
    <w:p w14:paraId="7BEEE384" w14:textId="77777777" w:rsidR="00BC0F95" w:rsidRPr="00FE5EB4" w:rsidRDefault="00BC0F95" w:rsidP="00BC0F95">
      <w:pPr>
        <w:numPr>
          <w:ilvl w:val="0"/>
          <w:numId w:val="11"/>
        </w:numPr>
        <w:spacing w:after="0" w:line="240" w:lineRule="auto"/>
        <w:jc w:val="both"/>
        <w:rPr>
          <w:rFonts w:ascii="Calibri" w:hAnsi="Calibri" w:cs="Calibri"/>
        </w:rPr>
      </w:pPr>
      <w:r w:rsidRPr="00FE5EB4">
        <w:rPr>
          <w:rFonts w:ascii="Calibri" w:hAnsi="Calibri" w:cs="Calibri"/>
        </w:rPr>
        <w:t>Supplying an illegal drug;</w:t>
      </w:r>
    </w:p>
    <w:p w14:paraId="169B424E" w14:textId="77777777" w:rsidR="00BC0F95" w:rsidRPr="00FE5EB4" w:rsidRDefault="00BC0F95" w:rsidP="00BC0F95">
      <w:pPr>
        <w:numPr>
          <w:ilvl w:val="0"/>
          <w:numId w:val="11"/>
        </w:numPr>
        <w:spacing w:after="0" w:line="240" w:lineRule="auto"/>
        <w:jc w:val="both"/>
        <w:rPr>
          <w:rFonts w:ascii="Calibri" w:hAnsi="Calibri" w:cs="Calibri"/>
        </w:rPr>
      </w:pPr>
      <w:r w:rsidRPr="00FE5EB4">
        <w:rPr>
          <w:rFonts w:ascii="Calibri" w:hAnsi="Calibri" w:cs="Calibri"/>
        </w:rPr>
        <w:t>Carrying an offensive weapon.</w:t>
      </w:r>
    </w:p>
    <w:p w14:paraId="5D4B6DD8" w14:textId="77777777" w:rsidR="00BC0F95" w:rsidRPr="00FE5EB4" w:rsidRDefault="00BC0F95" w:rsidP="00BC0F95">
      <w:pPr>
        <w:rPr>
          <w:rFonts w:ascii="Calibri" w:hAnsi="Calibri" w:cs="Calibri"/>
        </w:rPr>
      </w:pPr>
    </w:p>
    <w:p w14:paraId="31C1EA8F" w14:textId="77777777" w:rsidR="00BC0F95" w:rsidRPr="00BC0F95" w:rsidRDefault="00BC0F95" w:rsidP="00BC0F95">
      <w:pPr>
        <w:pStyle w:val="Heading3"/>
        <w:rPr>
          <w:rFonts w:ascii="Calibri" w:hAnsi="Calibri" w:cs="Calibri"/>
          <w:color w:val="auto"/>
        </w:rPr>
      </w:pPr>
      <w:r w:rsidRPr="00BC0F95">
        <w:rPr>
          <w:rFonts w:ascii="Calibri" w:hAnsi="Calibri" w:cs="Calibri"/>
          <w:color w:val="auto"/>
        </w:rPr>
        <w:t>Parental Co-operation</w:t>
      </w:r>
    </w:p>
    <w:p w14:paraId="5E2B9C0E" w14:textId="18157297" w:rsidR="00BC0F95" w:rsidRPr="00FE5EB4" w:rsidRDefault="00BC0F95" w:rsidP="00BC0F95">
      <w:pPr>
        <w:jc w:val="both"/>
        <w:rPr>
          <w:rFonts w:ascii="Calibri" w:hAnsi="Calibri" w:cs="Calibri"/>
        </w:rPr>
      </w:pPr>
      <w:r w:rsidRPr="00FE5EB4">
        <w:rPr>
          <w:rFonts w:ascii="Calibri" w:hAnsi="Calibri" w:cs="Calibri"/>
        </w:rPr>
        <w:t>Parental co-operation forms part of the contract between the school and all parents of pupils at the school. A refusal to abide by the terms of an exclusion may be considered a breach of contract.</w:t>
      </w:r>
    </w:p>
    <w:p w14:paraId="4A0E9EA0" w14:textId="77777777" w:rsidR="00BC0F95" w:rsidRPr="00BC0F95" w:rsidRDefault="00BC0F95" w:rsidP="00BC0F95">
      <w:pPr>
        <w:pStyle w:val="Heading3"/>
        <w:rPr>
          <w:rFonts w:ascii="Calibri" w:hAnsi="Calibri" w:cs="Calibri"/>
          <w:color w:val="auto"/>
        </w:rPr>
      </w:pPr>
      <w:r w:rsidRPr="00BC0F95">
        <w:rPr>
          <w:rFonts w:ascii="Calibri" w:hAnsi="Calibri" w:cs="Calibri"/>
          <w:color w:val="auto"/>
        </w:rPr>
        <w:t>Appeals</w:t>
      </w:r>
    </w:p>
    <w:p w14:paraId="415DA665" w14:textId="09D9CEBE" w:rsidR="00BC0F95" w:rsidRPr="00BC0F95" w:rsidRDefault="00BC0F95" w:rsidP="00BC0F95">
      <w:pPr>
        <w:jc w:val="both"/>
        <w:rPr>
          <w:rFonts w:ascii="Calibri" w:hAnsi="Calibri" w:cs="Calibri"/>
        </w:rPr>
      </w:pPr>
      <w:r w:rsidRPr="00FE5EB4">
        <w:rPr>
          <w:rFonts w:ascii="Calibri" w:hAnsi="Calibri" w:cs="Calibri"/>
        </w:rPr>
        <w:t>Parents are entitled to appeal to the Governing Body against an exclusion. A letter stating the intention to appeal should be sent to the Clerk to the Governors, at the school. A hearing will be set up as quickly as possible, but within two weeks at the latest. The Governors’ decision is final.</w:t>
      </w:r>
    </w:p>
    <w:p w14:paraId="40C53D6B" w14:textId="77777777" w:rsidR="00BC0F95" w:rsidRPr="00BC0F95" w:rsidRDefault="00BC0F95" w:rsidP="00BC0F95">
      <w:pPr>
        <w:pStyle w:val="Heading3"/>
        <w:rPr>
          <w:rFonts w:ascii="Calibri" w:hAnsi="Calibri" w:cs="Calibri"/>
          <w:color w:val="auto"/>
        </w:rPr>
      </w:pPr>
      <w:r w:rsidRPr="00BC0F95">
        <w:rPr>
          <w:rFonts w:ascii="Calibri" w:hAnsi="Calibri" w:cs="Calibri"/>
          <w:color w:val="auto"/>
        </w:rPr>
        <w:t>Continuing Education</w:t>
      </w:r>
    </w:p>
    <w:p w14:paraId="3A1816CA" w14:textId="03DD183B" w:rsidR="00BC0F95" w:rsidRPr="00FE5EB4" w:rsidRDefault="00BC0F95" w:rsidP="00BC0F95">
      <w:pPr>
        <w:jc w:val="both"/>
        <w:rPr>
          <w:rFonts w:ascii="Calibri" w:hAnsi="Calibri" w:cs="Calibri"/>
        </w:rPr>
      </w:pPr>
      <w:r w:rsidRPr="00FE5EB4">
        <w:rPr>
          <w:rFonts w:ascii="Calibri" w:hAnsi="Calibri" w:cs="Calibri"/>
        </w:rPr>
        <w:t>During any fixed-period of exclusion the school continues to provide education for a pupil, for example through work to be completed at home. The school considers ways in which to reintegrate the pupil post-exclusion.</w:t>
      </w:r>
    </w:p>
    <w:p w14:paraId="492F1CC6" w14:textId="77777777" w:rsidR="00BC0F95" w:rsidRPr="00FE5EB4" w:rsidRDefault="00BC0F95" w:rsidP="00BC0F95">
      <w:pPr>
        <w:jc w:val="both"/>
        <w:rPr>
          <w:rFonts w:ascii="Calibri" w:hAnsi="Calibri" w:cs="Calibri"/>
          <w:b/>
        </w:rPr>
      </w:pPr>
      <w:r w:rsidRPr="00FE5EB4">
        <w:rPr>
          <w:rFonts w:ascii="Calibri" w:hAnsi="Calibri" w:cs="Calibri"/>
          <w:b/>
        </w:rPr>
        <w:t>Permanent Exclusion</w:t>
      </w:r>
    </w:p>
    <w:p w14:paraId="2F6FA628" w14:textId="77777777" w:rsidR="00BC0F95" w:rsidRPr="00FE5EB4" w:rsidRDefault="00BC0F95" w:rsidP="00BC0F95">
      <w:pPr>
        <w:jc w:val="both"/>
        <w:rPr>
          <w:rFonts w:ascii="Calibri" w:hAnsi="Calibri" w:cs="Calibri"/>
        </w:rPr>
      </w:pPr>
      <w:r w:rsidRPr="00FE5EB4">
        <w:rPr>
          <w:rFonts w:ascii="Calibri" w:hAnsi="Calibri" w:cs="Calibri"/>
        </w:rPr>
        <w:lastRenderedPageBreak/>
        <w:t xml:space="preserve">Should a child be permanently excluded the school will support in managing the pupils’ transition to another school by: </w:t>
      </w:r>
    </w:p>
    <w:p w14:paraId="69461848" w14:textId="77777777" w:rsidR="00BC0F95" w:rsidRPr="00FE5EB4" w:rsidRDefault="00BC0F95" w:rsidP="00BC0F95">
      <w:pPr>
        <w:numPr>
          <w:ilvl w:val="0"/>
          <w:numId w:val="16"/>
        </w:numPr>
        <w:spacing w:after="0" w:line="240" w:lineRule="auto"/>
        <w:jc w:val="both"/>
        <w:rPr>
          <w:rFonts w:ascii="Calibri" w:hAnsi="Calibri" w:cs="Calibri"/>
        </w:rPr>
      </w:pPr>
      <w:r w:rsidRPr="00FE5EB4">
        <w:rPr>
          <w:rFonts w:ascii="Calibri" w:hAnsi="Calibri" w:cs="Calibri"/>
        </w:rPr>
        <w:t>Ensuring there are close communications with the parents and the next school</w:t>
      </w:r>
    </w:p>
    <w:p w14:paraId="411E747F" w14:textId="77777777" w:rsidR="00BC0F95" w:rsidRPr="00FE5EB4" w:rsidRDefault="00BC0F95" w:rsidP="00BC0F95">
      <w:pPr>
        <w:numPr>
          <w:ilvl w:val="0"/>
          <w:numId w:val="16"/>
        </w:numPr>
        <w:spacing w:after="0" w:line="240" w:lineRule="auto"/>
        <w:jc w:val="both"/>
        <w:rPr>
          <w:rFonts w:ascii="Calibri" w:hAnsi="Calibri" w:cs="Calibri"/>
        </w:rPr>
      </w:pPr>
      <w:r w:rsidRPr="00FE5EB4">
        <w:rPr>
          <w:rFonts w:ascii="Calibri" w:hAnsi="Calibri" w:cs="Calibri"/>
        </w:rPr>
        <w:t xml:space="preserve">Explaining to the new school the strategies which have worked well for the pupil </w:t>
      </w:r>
    </w:p>
    <w:p w14:paraId="48680D05" w14:textId="77777777" w:rsidR="00BC0F95" w:rsidRPr="00FE5EB4" w:rsidRDefault="00BC0F95" w:rsidP="00BC0F95">
      <w:pPr>
        <w:numPr>
          <w:ilvl w:val="0"/>
          <w:numId w:val="16"/>
        </w:numPr>
        <w:spacing w:after="0" w:line="240" w:lineRule="auto"/>
        <w:jc w:val="both"/>
        <w:rPr>
          <w:rFonts w:ascii="Calibri" w:hAnsi="Calibri" w:cs="Calibri"/>
        </w:rPr>
      </w:pPr>
      <w:r w:rsidRPr="00FE5EB4">
        <w:rPr>
          <w:rFonts w:ascii="Calibri" w:hAnsi="Calibri" w:cs="Calibri"/>
        </w:rPr>
        <w:t>Ensuring the relevant paper work is sent to the next school</w:t>
      </w:r>
    </w:p>
    <w:p w14:paraId="5AC84D56" w14:textId="607B6EA1" w:rsidR="00BC0F95" w:rsidRPr="00FE5EB4" w:rsidRDefault="00BC0F95" w:rsidP="00BC0F95">
      <w:pPr>
        <w:numPr>
          <w:ilvl w:val="0"/>
          <w:numId w:val="16"/>
        </w:numPr>
        <w:spacing w:after="0" w:line="240" w:lineRule="auto"/>
        <w:jc w:val="both"/>
        <w:rPr>
          <w:rFonts w:ascii="Calibri" w:hAnsi="Calibri" w:cs="Calibri"/>
        </w:rPr>
      </w:pPr>
      <w:r w:rsidRPr="00FE5EB4">
        <w:rPr>
          <w:rFonts w:ascii="Calibri" w:hAnsi="Calibri" w:cs="Calibri"/>
        </w:rPr>
        <w:t xml:space="preserve">Providing appropriate work for the pupils in the interim between leaving </w:t>
      </w:r>
      <w:r w:rsidR="00724716">
        <w:rPr>
          <w:rFonts w:ascii="Calibri" w:hAnsi="Calibri" w:cs="Calibri"/>
        </w:rPr>
        <w:t>Oakhyrst Grange School</w:t>
      </w:r>
      <w:r w:rsidRPr="00FE5EB4">
        <w:rPr>
          <w:rFonts w:ascii="Calibri" w:hAnsi="Calibri" w:cs="Calibri"/>
        </w:rPr>
        <w:t xml:space="preserve"> and the next school.</w:t>
      </w:r>
    </w:p>
    <w:p w14:paraId="5FF41C8B" w14:textId="77777777" w:rsidR="00BC0F95" w:rsidRPr="00FE5EB4" w:rsidRDefault="00BC0F95" w:rsidP="00BC0F95">
      <w:pPr>
        <w:pStyle w:val="Heading3"/>
        <w:rPr>
          <w:rFonts w:ascii="Calibri" w:hAnsi="Calibri" w:cs="Calibri"/>
        </w:rPr>
      </w:pPr>
    </w:p>
    <w:p w14:paraId="32F7DA7C" w14:textId="77777777" w:rsidR="00BC0F95" w:rsidRPr="00BC0F95" w:rsidRDefault="00BC0F95" w:rsidP="00BC0F95">
      <w:pPr>
        <w:pStyle w:val="Heading3"/>
        <w:rPr>
          <w:rFonts w:ascii="Calibri" w:hAnsi="Calibri" w:cs="Calibri"/>
          <w:color w:val="auto"/>
        </w:rPr>
      </w:pPr>
      <w:r w:rsidRPr="00BC0F95">
        <w:rPr>
          <w:rFonts w:ascii="Calibri" w:hAnsi="Calibri" w:cs="Calibri"/>
          <w:color w:val="auto"/>
        </w:rPr>
        <w:t xml:space="preserve">Corporal Punishment and Use of Physical Restraint </w:t>
      </w:r>
    </w:p>
    <w:p w14:paraId="6985A6A7" w14:textId="651835DC" w:rsidR="00BC0F95" w:rsidRPr="00FE5EB4" w:rsidRDefault="00BC0F95" w:rsidP="00BC0F95">
      <w:pPr>
        <w:jc w:val="both"/>
        <w:rPr>
          <w:rFonts w:ascii="Calibri" w:hAnsi="Calibri" w:cs="Calibri"/>
        </w:rPr>
      </w:pPr>
      <w:r w:rsidRPr="00FE5EB4">
        <w:rPr>
          <w:rFonts w:ascii="Calibri" w:hAnsi="Calibri" w:cs="Calibri"/>
        </w:rPr>
        <w:t xml:space="preserve">In accordance with the law the school does not use </w:t>
      </w:r>
      <w:r>
        <w:rPr>
          <w:rFonts w:ascii="Calibri" w:hAnsi="Calibri" w:cs="Calibri"/>
        </w:rPr>
        <w:t xml:space="preserve">or threaten </w:t>
      </w:r>
      <w:r w:rsidRPr="00FE5EB4">
        <w:rPr>
          <w:rFonts w:ascii="Calibri" w:hAnsi="Calibri" w:cs="Calibri"/>
        </w:rPr>
        <w:t>corporal punishment</w:t>
      </w:r>
      <w:r>
        <w:rPr>
          <w:rFonts w:ascii="Calibri" w:hAnsi="Calibri" w:cs="Calibri"/>
        </w:rPr>
        <w:t xml:space="preserve"> or </w:t>
      </w:r>
      <w:r w:rsidRPr="00FE5EB4">
        <w:rPr>
          <w:rFonts w:ascii="Calibri" w:hAnsi="Calibri" w:cs="Calibri"/>
        </w:rPr>
        <w:t>use physical restraint.</w:t>
      </w:r>
    </w:p>
    <w:p w14:paraId="47574C2E" w14:textId="77777777" w:rsidR="00BC0F95" w:rsidRPr="00FE5EB4" w:rsidRDefault="00BC0F95" w:rsidP="00BC0F95">
      <w:pPr>
        <w:jc w:val="both"/>
        <w:rPr>
          <w:rFonts w:ascii="Calibri" w:hAnsi="Calibri" w:cs="Calibri"/>
        </w:rPr>
      </w:pPr>
      <w:r w:rsidRPr="00FE5EB4">
        <w:rPr>
          <w:rFonts w:ascii="Calibri" w:hAnsi="Calibri" w:cs="Calibri"/>
        </w:rPr>
        <w:t>The Headteacher, however, has authorised the staff to use ‘reasonable force’, when necessary, to prevent pupils from: (DFE July 2011)</w:t>
      </w:r>
    </w:p>
    <w:p w14:paraId="7B124FAF" w14:textId="77777777" w:rsidR="00BC0F95" w:rsidRPr="00FE5EB4" w:rsidRDefault="00BC0F95" w:rsidP="00BC0F95">
      <w:pPr>
        <w:numPr>
          <w:ilvl w:val="0"/>
          <w:numId w:val="12"/>
        </w:numPr>
        <w:spacing w:after="0" w:line="240" w:lineRule="auto"/>
        <w:jc w:val="both"/>
        <w:rPr>
          <w:rFonts w:ascii="Calibri" w:hAnsi="Calibri" w:cs="Calibri"/>
        </w:rPr>
      </w:pPr>
      <w:r w:rsidRPr="00FE5EB4">
        <w:rPr>
          <w:rFonts w:ascii="Calibri" w:hAnsi="Calibri" w:cs="Calibri"/>
        </w:rPr>
        <w:t>endangering themselves or other pupils and staff;</w:t>
      </w:r>
    </w:p>
    <w:p w14:paraId="0887D7A7" w14:textId="77777777" w:rsidR="00BC0F95" w:rsidRPr="00FE5EB4" w:rsidRDefault="00BC0F95" w:rsidP="00BC0F95">
      <w:pPr>
        <w:numPr>
          <w:ilvl w:val="0"/>
          <w:numId w:val="12"/>
        </w:numPr>
        <w:spacing w:after="0" w:line="240" w:lineRule="auto"/>
        <w:jc w:val="both"/>
        <w:rPr>
          <w:rFonts w:ascii="Calibri" w:hAnsi="Calibri" w:cs="Calibri"/>
        </w:rPr>
      </w:pPr>
      <w:r w:rsidRPr="00FE5EB4">
        <w:rPr>
          <w:rFonts w:ascii="Calibri" w:hAnsi="Calibri" w:cs="Calibri"/>
        </w:rPr>
        <w:t>causing serious damage to the premises and property.</w:t>
      </w:r>
    </w:p>
    <w:p w14:paraId="5E68C482" w14:textId="77777777" w:rsidR="00BC0F95" w:rsidRPr="00FE5EB4" w:rsidRDefault="00BC0F95" w:rsidP="00BC0F95">
      <w:pPr>
        <w:jc w:val="both"/>
        <w:rPr>
          <w:rFonts w:ascii="Calibri" w:hAnsi="Calibri" w:cs="Calibri"/>
        </w:rPr>
      </w:pPr>
    </w:p>
    <w:p w14:paraId="74479AD2" w14:textId="77777777" w:rsidR="00BC0F95" w:rsidRPr="00FE5EB4" w:rsidRDefault="00BC0F95" w:rsidP="00BC0F95">
      <w:pPr>
        <w:pStyle w:val="BodyText"/>
        <w:spacing w:after="0"/>
        <w:jc w:val="both"/>
        <w:rPr>
          <w:rFonts w:ascii="Calibri" w:hAnsi="Calibri" w:cs="Calibri"/>
          <w:b/>
        </w:rPr>
      </w:pPr>
      <w:r w:rsidRPr="00FE5EB4">
        <w:rPr>
          <w:rFonts w:ascii="Calibri" w:hAnsi="Calibri" w:cs="Calibri"/>
          <w:b/>
        </w:rPr>
        <w:t>Definition of Corporal Punishment</w:t>
      </w:r>
    </w:p>
    <w:p w14:paraId="2AB1B8CB" w14:textId="0708BAD5" w:rsidR="00BC0F95" w:rsidRDefault="00BC0F95" w:rsidP="00BC0F95">
      <w:pPr>
        <w:jc w:val="both"/>
        <w:rPr>
          <w:rFonts w:ascii="Calibri" w:hAnsi="Calibri" w:cs="Calibri"/>
        </w:rPr>
      </w:pPr>
      <w:r w:rsidRPr="00FE5EB4">
        <w:rPr>
          <w:rFonts w:ascii="Calibri" w:hAnsi="Calibri" w:cs="Calibri"/>
        </w:rPr>
        <w:t>Corporal punishment means the intentional application of force as a punishment. This includes not only the use of the cane or other implement, but also other forms of physical chastisement intended as punishment (such as slapping, punching, pushing, prodding, throwing missiles and any other forms of rough handling).</w:t>
      </w:r>
    </w:p>
    <w:p w14:paraId="3C139D3D" w14:textId="77777777" w:rsidR="00BC0F95" w:rsidRPr="00FE5EB4" w:rsidRDefault="00BC0F95" w:rsidP="00BC0F95">
      <w:pPr>
        <w:jc w:val="both"/>
        <w:rPr>
          <w:rFonts w:ascii="Calibri" w:hAnsi="Calibri" w:cs="Calibri"/>
          <w:b/>
        </w:rPr>
      </w:pPr>
    </w:p>
    <w:p w14:paraId="7F0B00A9" w14:textId="77777777" w:rsidR="00BC0F95" w:rsidRPr="00FE5EB4" w:rsidRDefault="00BC0F95" w:rsidP="00BC0F95">
      <w:pPr>
        <w:jc w:val="both"/>
        <w:rPr>
          <w:rFonts w:ascii="Calibri" w:hAnsi="Calibri" w:cs="Calibri"/>
          <w:b/>
        </w:rPr>
      </w:pPr>
      <w:r w:rsidRPr="00FE5EB4">
        <w:rPr>
          <w:rFonts w:ascii="Calibri" w:hAnsi="Calibri" w:cs="Calibri"/>
          <w:b/>
        </w:rPr>
        <w:t>Definition of Physical restraint</w:t>
      </w:r>
    </w:p>
    <w:p w14:paraId="64254715" w14:textId="77777777" w:rsidR="00BC0F95" w:rsidRPr="00FE5EB4" w:rsidRDefault="00BC0F95" w:rsidP="00BC0F95">
      <w:pPr>
        <w:numPr>
          <w:ilvl w:val="0"/>
          <w:numId w:val="13"/>
        </w:numPr>
        <w:spacing w:after="0" w:line="240" w:lineRule="auto"/>
        <w:jc w:val="both"/>
        <w:rPr>
          <w:rFonts w:ascii="Calibri" w:hAnsi="Calibri" w:cs="Calibri"/>
        </w:rPr>
      </w:pPr>
      <w:r w:rsidRPr="00FE5EB4">
        <w:rPr>
          <w:rFonts w:ascii="Calibri" w:hAnsi="Calibri" w:cs="Calibri"/>
        </w:rPr>
        <w:t>Physical restraint is the positive application of force with the intention of controlling the pupil’s behaviour in order to protect him/her from harming himself/herself or others or seriously damaging property.</w:t>
      </w:r>
    </w:p>
    <w:p w14:paraId="0524DBDB" w14:textId="77777777" w:rsidR="00BC0F95" w:rsidRPr="00FE5EB4" w:rsidRDefault="00BC0F95" w:rsidP="00BC0F95">
      <w:pPr>
        <w:numPr>
          <w:ilvl w:val="0"/>
          <w:numId w:val="13"/>
        </w:numPr>
        <w:spacing w:after="0" w:line="240" w:lineRule="auto"/>
        <w:jc w:val="both"/>
        <w:rPr>
          <w:rFonts w:ascii="Calibri" w:hAnsi="Calibri" w:cs="Calibri"/>
        </w:rPr>
      </w:pPr>
      <w:r w:rsidRPr="00FE5EB4">
        <w:rPr>
          <w:rFonts w:ascii="Calibri" w:hAnsi="Calibri" w:cs="Calibri"/>
        </w:rPr>
        <w:t>Physical restraint occurs whenever a member/s of staff, intentionally, using force, physically restricts a pupil’s movement against his/her will.</w:t>
      </w:r>
    </w:p>
    <w:p w14:paraId="72131142" w14:textId="77777777" w:rsidR="00BC0F95" w:rsidRPr="00FE5EB4" w:rsidRDefault="00BC0F95" w:rsidP="00BC0F95">
      <w:pPr>
        <w:jc w:val="both"/>
        <w:rPr>
          <w:rFonts w:ascii="Calibri" w:hAnsi="Calibri" w:cs="Calibri"/>
        </w:rPr>
      </w:pPr>
    </w:p>
    <w:p w14:paraId="608A13BA" w14:textId="1D5AE841" w:rsidR="00BC0F95" w:rsidRPr="00FE5EB4" w:rsidRDefault="00AF0DB0" w:rsidP="00BC0F95">
      <w:pPr>
        <w:jc w:val="both"/>
        <w:rPr>
          <w:rFonts w:ascii="Calibri" w:hAnsi="Calibri" w:cs="Calibri"/>
        </w:rPr>
      </w:pPr>
      <w:r>
        <w:rPr>
          <w:rFonts w:ascii="Calibri" w:hAnsi="Calibri" w:cs="Calibri"/>
        </w:rPr>
        <w:t>Oakhyrst Grange School</w:t>
      </w:r>
      <w:r w:rsidR="00BC0F95" w:rsidRPr="00FE5EB4">
        <w:rPr>
          <w:rFonts w:ascii="Calibri" w:hAnsi="Calibri" w:cs="Calibri"/>
        </w:rPr>
        <w:t xml:space="preserve"> does not advocate use of physical restraint and develops an ethos where the use of physical restraint will not be necessary. If it becomes necessary in exceptional circumstances to use physical restraint, it should be an act of care, not a punishment.</w:t>
      </w:r>
    </w:p>
    <w:p w14:paraId="2C239F10" w14:textId="77777777" w:rsidR="00BC0F95" w:rsidRPr="00FE5EB4" w:rsidRDefault="00BC0F95" w:rsidP="00BC0F95">
      <w:pPr>
        <w:jc w:val="both"/>
        <w:rPr>
          <w:rFonts w:ascii="Calibri" w:hAnsi="Calibri" w:cs="Calibri"/>
          <w:b/>
        </w:rPr>
      </w:pPr>
    </w:p>
    <w:p w14:paraId="6D99F024" w14:textId="77777777" w:rsidR="00BC0F95" w:rsidRPr="00FE5EB4" w:rsidRDefault="00BC0F95" w:rsidP="00BC0F95">
      <w:pPr>
        <w:pStyle w:val="BodyText"/>
        <w:spacing w:after="0"/>
        <w:rPr>
          <w:rFonts w:ascii="Calibri" w:hAnsi="Calibri" w:cs="Calibri"/>
          <w:b/>
        </w:rPr>
      </w:pPr>
      <w:r w:rsidRPr="00FE5EB4">
        <w:rPr>
          <w:rFonts w:ascii="Calibri" w:hAnsi="Calibri" w:cs="Calibri"/>
          <w:b/>
        </w:rPr>
        <w:t>When might it be appropriate to use reasonable force?</w:t>
      </w:r>
    </w:p>
    <w:p w14:paraId="459E9249" w14:textId="77777777" w:rsidR="00BC0F95" w:rsidRPr="00FE5EB4" w:rsidRDefault="00BC0F95" w:rsidP="00BC0F95">
      <w:pPr>
        <w:pStyle w:val="BodyText"/>
        <w:numPr>
          <w:ilvl w:val="0"/>
          <w:numId w:val="14"/>
        </w:numPr>
        <w:spacing w:after="0" w:line="240" w:lineRule="auto"/>
        <w:rPr>
          <w:rFonts w:ascii="Calibri" w:hAnsi="Calibri" w:cs="Calibri"/>
        </w:rPr>
      </w:pPr>
      <w:r w:rsidRPr="00FE5EB4">
        <w:rPr>
          <w:rFonts w:ascii="Calibri" w:hAnsi="Calibri" w:cs="Calibri"/>
        </w:rPr>
        <w:t>A pupil attacks a member of staff, or another pupil;</w:t>
      </w:r>
    </w:p>
    <w:p w14:paraId="6F5EC213" w14:textId="77777777" w:rsidR="00BC0F95" w:rsidRPr="00FE5EB4" w:rsidRDefault="00BC0F95" w:rsidP="00BC0F95">
      <w:pPr>
        <w:pStyle w:val="BodyText"/>
        <w:numPr>
          <w:ilvl w:val="0"/>
          <w:numId w:val="14"/>
        </w:numPr>
        <w:spacing w:after="0" w:line="240" w:lineRule="auto"/>
        <w:rPr>
          <w:rFonts w:ascii="Calibri" w:hAnsi="Calibri" w:cs="Calibri"/>
        </w:rPr>
      </w:pPr>
      <w:r w:rsidRPr="00FE5EB4">
        <w:rPr>
          <w:rFonts w:ascii="Calibri" w:hAnsi="Calibri" w:cs="Calibri"/>
        </w:rPr>
        <w:lastRenderedPageBreak/>
        <w:t>Pupils fighting;</w:t>
      </w:r>
    </w:p>
    <w:p w14:paraId="21483EA7" w14:textId="77777777" w:rsidR="00BC0F95" w:rsidRPr="00FE5EB4" w:rsidRDefault="00BC0F95" w:rsidP="00BC0F95">
      <w:pPr>
        <w:pStyle w:val="BodyText"/>
        <w:numPr>
          <w:ilvl w:val="0"/>
          <w:numId w:val="14"/>
        </w:numPr>
        <w:spacing w:after="0" w:line="240" w:lineRule="auto"/>
        <w:rPr>
          <w:rFonts w:ascii="Calibri" w:hAnsi="Calibri" w:cs="Calibri"/>
        </w:rPr>
      </w:pPr>
      <w:r w:rsidRPr="00FE5EB4">
        <w:rPr>
          <w:rFonts w:ascii="Calibri" w:hAnsi="Calibri" w:cs="Calibri"/>
        </w:rPr>
        <w:t>A pupil is causing, or at risk of causing injury;</w:t>
      </w:r>
    </w:p>
    <w:p w14:paraId="6B9847EF" w14:textId="77777777" w:rsidR="00BC0F95" w:rsidRPr="00FE5EB4" w:rsidRDefault="00BC0F95" w:rsidP="00BC0F95">
      <w:pPr>
        <w:pStyle w:val="BodyText"/>
        <w:numPr>
          <w:ilvl w:val="0"/>
          <w:numId w:val="14"/>
        </w:numPr>
        <w:spacing w:after="0" w:line="240" w:lineRule="auto"/>
        <w:rPr>
          <w:rFonts w:ascii="Calibri" w:hAnsi="Calibri" w:cs="Calibri"/>
        </w:rPr>
      </w:pPr>
      <w:r w:rsidRPr="00FE5EB4">
        <w:rPr>
          <w:rFonts w:ascii="Calibri" w:hAnsi="Calibri" w:cs="Calibri"/>
        </w:rPr>
        <w:t>A pupil is running in a corridor or on a stairway in a way in which he/she might have or cause an accident likely to injure himself/herself or others;</w:t>
      </w:r>
    </w:p>
    <w:p w14:paraId="4C0C8FAA" w14:textId="77777777" w:rsidR="00BC0F95" w:rsidRPr="00FE5EB4" w:rsidRDefault="00BC0F95" w:rsidP="00BC0F95">
      <w:pPr>
        <w:pStyle w:val="BodyText"/>
        <w:numPr>
          <w:ilvl w:val="0"/>
          <w:numId w:val="14"/>
        </w:numPr>
        <w:spacing w:after="0" w:line="240" w:lineRule="auto"/>
        <w:rPr>
          <w:rFonts w:ascii="Calibri" w:hAnsi="Calibri" w:cs="Calibri"/>
        </w:rPr>
      </w:pPr>
      <w:r w:rsidRPr="00FE5EB4">
        <w:rPr>
          <w:rFonts w:ascii="Calibri" w:hAnsi="Calibri" w:cs="Calibri"/>
        </w:rPr>
        <w:t>A pupil absconds from class or tries to leave school;</w:t>
      </w:r>
    </w:p>
    <w:p w14:paraId="18F03FB5" w14:textId="77777777" w:rsidR="00BC0F95" w:rsidRPr="00FE5EB4" w:rsidRDefault="00BC0F95" w:rsidP="00BC0F95">
      <w:pPr>
        <w:pStyle w:val="BodyText"/>
        <w:numPr>
          <w:ilvl w:val="0"/>
          <w:numId w:val="14"/>
        </w:numPr>
        <w:spacing w:after="0" w:line="240" w:lineRule="auto"/>
        <w:rPr>
          <w:rFonts w:ascii="Calibri" w:hAnsi="Calibri" w:cs="Calibri"/>
        </w:rPr>
      </w:pPr>
      <w:r w:rsidRPr="00FE5EB4">
        <w:rPr>
          <w:rFonts w:ascii="Calibri" w:hAnsi="Calibri" w:cs="Calibri"/>
        </w:rPr>
        <w:t>A pupil persistently refuses to obey an order to leave the classroom;</w:t>
      </w:r>
    </w:p>
    <w:p w14:paraId="53C8B927" w14:textId="77777777" w:rsidR="00BC0F95" w:rsidRPr="00FE5EB4" w:rsidRDefault="00BC0F95" w:rsidP="00BC0F95">
      <w:pPr>
        <w:pStyle w:val="BodyText"/>
        <w:numPr>
          <w:ilvl w:val="0"/>
          <w:numId w:val="14"/>
        </w:numPr>
        <w:spacing w:after="0" w:line="240" w:lineRule="auto"/>
        <w:rPr>
          <w:rFonts w:ascii="Calibri" w:hAnsi="Calibri" w:cs="Calibri"/>
        </w:rPr>
      </w:pPr>
      <w:r w:rsidRPr="00FE5EB4">
        <w:rPr>
          <w:rFonts w:ascii="Calibri" w:hAnsi="Calibri" w:cs="Calibri"/>
        </w:rPr>
        <w:t>A pupil is behaving in such a way that is seriously disrupting a lesson.</w:t>
      </w:r>
    </w:p>
    <w:p w14:paraId="5673E210" w14:textId="77777777" w:rsidR="00BC0F95" w:rsidRPr="00FE5EB4" w:rsidRDefault="00BC0F95" w:rsidP="00BC0F95">
      <w:pPr>
        <w:jc w:val="both"/>
        <w:rPr>
          <w:rFonts w:ascii="Calibri" w:hAnsi="Calibri" w:cs="Calibri"/>
          <w:b/>
        </w:rPr>
      </w:pPr>
    </w:p>
    <w:p w14:paraId="36B451EF" w14:textId="77777777" w:rsidR="00BC0F95" w:rsidRPr="00FE5EB4" w:rsidRDefault="00BC0F95" w:rsidP="00BC0F95">
      <w:pPr>
        <w:jc w:val="both"/>
        <w:rPr>
          <w:rFonts w:ascii="Calibri" w:hAnsi="Calibri" w:cs="Calibri"/>
          <w:b/>
        </w:rPr>
      </w:pPr>
      <w:r w:rsidRPr="00FE5EB4">
        <w:rPr>
          <w:rFonts w:ascii="Calibri" w:hAnsi="Calibri" w:cs="Calibri"/>
          <w:b/>
        </w:rPr>
        <w:t>Procedures</w:t>
      </w:r>
    </w:p>
    <w:p w14:paraId="3EB81AA9" w14:textId="77777777" w:rsidR="00BC0F95" w:rsidRPr="00FE5EB4" w:rsidRDefault="00BC0F95" w:rsidP="00BC0F95">
      <w:pPr>
        <w:numPr>
          <w:ilvl w:val="0"/>
          <w:numId w:val="15"/>
        </w:numPr>
        <w:spacing w:after="0" w:line="240" w:lineRule="auto"/>
        <w:jc w:val="both"/>
        <w:rPr>
          <w:rFonts w:ascii="Calibri" w:hAnsi="Calibri" w:cs="Calibri"/>
        </w:rPr>
      </w:pPr>
      <w:r w:rsidRPr="00FE5EB4">
        <w:rPr>
          <w:rFonts w:ascii="Calibri" w:hAnsi="Calibri" w:cs="Calibri"/>
        </w:rPr>
        <w:t>Before resorting to physical restraint staff will have tried all alternatives especially those which have been successful in the past in preventing the pupil’s behaviour from becoming a danger to him/herself or others. Acceptable forms of restraint will be limited to the minimum force necessary to prevent the pupil form harming him/herself.</w:t>
      </w:r>
    </w:p>
    <w:p w14:paraId="37E3A142" w14:textId="77777777" w:rsidR="00BC0F95" w:rsidRPr="00FE5EB4" w:rsidRDefault="00BC0F95" w:rsidP="00BC0F95">
      <w:pPr>
        <w:numPr>
          <w:ilvl w:val="0"/>
          <w:numId w:val="15"/>
        </w:numPr>
        <w:spacing w:after="0" w:line="240" w:lineRule="auto"/>
        <w:jc w:val="both"/>
        <w:rPr>
          <w:rFonts w:ascii="Calibri" w:hAnsi="Calibri" w:cs="Calibri"/>
          <w:b/>
        </w:rPr>
      </w:pPr>
      <w:r w:rsidRPr="00FE5EB4">
        <w:rPr>
          <w:rFonts w:ascii="Calibri" w:hAnsi="Calibri" w:cs="Calibri"/>
        </w:rPr>
        <w:t>Where the regular use of physical restraint is necessary with an individual, the strategies to be used will be devised and recorded in the individual pupil’s planning document. This should be done in conjunction with parents and, where possible, the child.</w:t>
      </w:r>
    </w:p>
    <w:p w14:paraId="32AE2EFA" w14:textId="77777777" w:rsidR="00BC0F95" w:rsidRPr="00FE5EB4" w:rsidRDefault="00BC0F95" w:rsidP="00BC0F95">
      <w:pPr>
        <w:numPr>
          <w:ilvl w:val="0"/>
          <w:numId w:val="15"/>
        </w:numPr>
        <w:spacing w:after="0" w:line="240" w:lineRule="auto"/>
        <w:jc w:val="both"/>
        <w:rPr>
          <w:rFonts w:ascii="Calibri" w:hAnsi="Calibri" w:cs="Calibri"/>
          <w:b/>
        </w:rPr>
      </w:pPr>
      <w:r w:rsidRPr="00FE5EB4">
        <w:rPr>
          <w:rFonts w:ascii="Calibri" w:hAnsi="Calibri" w:cs="Calibri"/>
        </w:rPr>
        <w:t>Where it has been necessary to use physical restraint, the incident will be discussed with the pupil and his/her point of view recorded.</w:t>
      </w:r>
    </w:p>
    <w:p w14:paraId="5F4D0A08" w14:textId="77777777" w:rsidR="00BC0F95" w:rsidRPr="00FE5EB4" w:rsidRDefault="00BC0F95" w:rsidP="00BC0F95">
      <w:pPr>
        <w:numPr>
          <w:ilvl w:val="0"/>
          <w:numId w:val="15"/>
        </w:numPr>
        <w:spacing w:after="0" w:line="240" w:lineRule="auto"/>
        <w:jc w:val="both"/>
        <w:rPr>
          <w:rFonts w:ascii="Calibri" w:hAnsi="Calibri" w:cs="Calibri"/>
          <w:b/>
        </w:rPr>
      </w:pPr>
      <w:r w:rsidRPr="00FE5EB4">
        <w:rPr>
          <w:rFonts w:ascii="Calibri" w:hAnsi="Calibri" w:cs="Calibri"/>
        </w:rPr>
        <w:t>Parents/carers will be informed when physical restraint has been used and will be given the opportunity to discuss the matter with the school.</w:t>
      </w:r>
    </w:p>
    <w:p w14:paraId="2986AD40" w14:textId="77777777" w:rsidR="00BC0F95" w:rsidRPr="00FE5EB4" w:rsidRDefault="00BC0F95" w:rsidP="00BC0F95">
      <w:pPr>
        <w:numPr>
          <w:ilvl w:val="0"/>
          <w:numId w:val="15"/>
        </w:numPr>
        <w:spacing w:after="0" w:line="240" w:lineRule="auto"/>
        <w:jc w:val="both"/>
        <w:rPr>
          <w:rFonts w:ascii="Calibri" w:hAnsi="Calibri" w:cs="Calibri"/>
          <w:b/>
        </w:rPr>
      </w:pPr>
      <w:r w:rsidRPr="00FE5EB4">
        <w:rPr>
          <w:rFonts w:ascii="Calibri" w:hAnsi="Calibri" w:cs="Calibri"/>
        </w:rPr>
        <w:t>Staff will be given the opportunity to discuss with the Headteacher, and at staff meetings, incidents where physical restraint was employed and in particular, to identify whether any alternative strategy might have been equally effective.</w:t>
      </w:r>
    </w:p>
    <w:p w14:paraId="2EB129A5" w14:textId="77777777" w:rsidR="00BC0F95" w:rsidRPr="00FE5EB4" w:rsidRDefault="00BC0F95" w:rsidP="00BC0F95">
      <w:pPr>
        <w:numPr>
          <w:ilvl w:val="0"/>
          <w:numId w:val="15"/>
        </w:numPr>
        <w:shd w:val="clear" w:color="auto" w:fill="FFFFFF"/>
        <w:spacing w:after="0" w:line="240" w:lineRule="auto"/>
        <w:jc w:val="both"/>
        <w:rPr>
          <w:rFonts w:ascii="Calibri" w:hAnsi="Calibri" w:cs="Calibri"/>
          <w:b/>
        </w:rPr>
      </w:pPr>
      <w:r w:rsidRPr="00FE5EB4">
        <w:rPr>
          <w:rFonts w:ascii="Calibri" w:hAnsi="Calibri" w:cs="Calibri"/>
        </w:rPr>
        <w:t xml:space="preserve">Staff training needs will be identified and suitable information and training provided as appropriate. </w:t>
      </w:r>
    </w:p>
    <w:p w14:paraId="5D977E06" w14:textId="77777777" w:rsidR="00BC0F95" w:rsidRPr="00FE5EB4" w:rsidRDefault="00BC0F95" w:rsidP="00BC0F95">
      <w:pPr>
        <w:ind w:left="720"/>
        <w:jc w:val="both"/>
        <w:rPr>
          <w:rFonts w:ascii="Calibri" w:hAnsi="Calibri" w:cs="Calibri"/>
          <w:b/>
        </w:rPr>
      </w:pPr>
    </w:p>
    <w:p w14:paraId="5266FE40" w14:textId="20E83367" w:rsidR="00BC0F95" w:rsidRPr="00FE5EB4" w:rsidRDefault="00BC0F95" w:rsidP="00BC0F95">
      <w:pPr>
        <w:jc w:val="both"/>
        <w:rPr>
          <w:rFonts w:ascii="Calibri" w:hAnsi="Calibri" w:cs="Calibri"/>
        </w:rPr>
      </w:pPr>
      <w:r w:rsidRPr="00FE5EB4">
        <w:rPr>
          <w:rFonts w:ascii="Calibri" w:hAnsi="Calibri" w:cs="Calibri"/>
        </w:rPr>
        <w:t>There is no legal definition of reasonable force but the following may be considered helpful:</w:t>
      </w:r>
    </w:p>
    <w:p w14:paraId="5434C5B3" w14:textId="77777777" w:rsidR="00BC0F95" w:rsidRPr="00FE5EB4" w:rsidRDefault="00BC0F95" w:rsidP="00BC0F95">
      <w:pPr>
        <w:jc w:val="both"/>
        <w:rPr>
          <w:rFonts w:ascii="Calibri" w:hAnsi="Calibri" w:cs="Calibri"/>
          <w:b/>
        </w:rPr>
      </w:pPr>
      <w:r w:rsidRPr="00FE5EB4">
        <w:rPr>
          <w:rFonts w:ascii="Calibri" w:hAnsi="Calibri" w:cs="Calibri"/>
        </w:rPr>
        <w:t>“If the circumstances of the particular incident warrant it; the degree of force must be in proportion to the circumstances; the age, understanding and sex of the pupils.”</w:t>
      </w:r>
    </w:p>
    <w:p w14:paraId="5CBD3E69" w14:textId="1692FCE5" w:rsidR="00C10BA5" w:rsidRDefault="00C10BA5">
      <w:pPr>
        <w:rPr>
          <w:rFonts w:ascii="Calibri" w:hAnsi="Calibri" w:cs="Calibri"/>
        </w:rPr>
      </w:pPr>
    </w:p>
    <w:p w14:paraId="1FFC9757" w14:textId="77777777" w:rsidR="00BC0F95" w:rsidRDefault="00BC0F95">
      <w:pPr>
        <w:rPr>
          <w:rFonts w:ascii="Calibri" w:hAnsi="Calibri" w:cs="Calibri"/>
        </w:rPr>
      </w:pPr>
    </w:p>
    <w:p w14:paraId="3D756B39" w14:textId="2E9672C2" w:rsidR="00DA6543" w:rsidRPr="00DA6543" w:rsidRDefault="00DA6543">
      <w:pPr>
        <w:rPr>
          <w:rFonts w:asciiTheme="majorHAnsi" w:hAnsiTheme="majorHAnsi" w:cstheme="majorHAnsi"/>
        </w:rPr>
      </w:pPr>
      <w:r w:rsidRPr="00DA6543">
        <w:rPr>
          <w:rFonts w:ascii="Calibri" w:hAnsi="Calibri" w:cs="Calibri"/>
        </w:rPr>
        <w:t xml:space="preserve">This </w:t>
      </w:r>
      <w:r w:rsidR="008927FC">
        <w:rPr>
          <w:rFonts w:ascii="Calibri" w:hAnsi="Calibri" w:cs="Calibri"/>
        </w:rPr>
        <w:t>p</w:t>
      </w:r>
      <w:r w:rsidRPr="00DA6543">
        <w:rPr>
          <w:rFonts w:ascii="Calibri" w:hAnsi="Calibri" w:cs="Calibri"/>
        </w:rPr>
        <w:t>olicy is subject to regular review</w:t>
      </w:r>
      <w:bookmarkEnd w:id="3"/>
      <w:r w:rsidRPr="00DA6543">
        <w:rPr>
          <w:rFonts w:ascii="Calibri" w:hAnsi="Calibri" w:cs="Calibri"/>
        </w:rPr>
        <w:t>.</w:t>
      </w:r>
      <w:bookmarkEnd w:id="4"/>
    </w:p>
    <w:sectPr w:rsidR="00DA6543" w:rsidRPr="00DA6543"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4E8FA" w14:textId="77777777" w:rsidR="00732746" w:rsidRDefault="00732746" w:rsidP="00DA6543">
      <w:pPr>
        <w:spacing w:after="0" w:line="240" w:lineRule="auto"/>
      </w:pPr>
      <w:r>
        <w:separator/>
      </w:r>
    </w:p>
  </w:endnote>
  <w:endnote w:type="continuationSeparator" w:id="0">
    <w:p w14:paraId="3999F899" w14:textId="77777777" w:rsidR="00732746" w:rsidRDefault="00732746" w:rsidP="00DA6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7171458"/>
      <w:docPartObj>
        <w:docPartGallery w:val="Page Numbers (Bottom of Page)"/>
        <w:docPartUnique/>
      </w:docPartObj>
    </w:sdtPr>
    <w:sdtEndPr/>
    <w:sdtContent>
      <w:sdt>
        <w:sdtPr>
          <w:id w:val="1728636285"/>
          <w:docPartObj>
            <w:docPartGallery w:val="Page Numbers (Top of Page)"/>
            <w:docPartUnique/>
          </w:docPartObj>
        </w:sdtPr>
        <w:sdtEndPr/>
        <w:sdtContent>
          <w:p w14:paraId="317328E2" w14:textId="77777777" w:rsidR="00DA6543" w:rsidRDefault="00DA6543">
            <w:pPr>
              <w:pStyle w:val="Footer"/>
              <w:jc w:val="center"/>
            </w:pPr>
            <w:r w:rsidRPr="00DA6543">
              <w:rPr>
                <w:rFonts w:asciiTheme="majorHAnsi" w:hAnsiTheme="majorHAnsi" w:cstheme="majorHAnsi"/>
              </w:rPr>
              <w:t xml:space="preserve">Page </w:t>
            </w:r>
            <w:r w:rsidRPr="00DA6543">
              <w:rPr>
                <w:rFonts w:asciiTheme="majorHAnsi" w:hAnsiTheme="majorHAnsi" w:cstheme="majorHAnsi"/>
                <w:b/>
                <w:bCs/>
              </w:rPr>
              <w:fldChar w:fldCharType="begin"/>
            </w:r>
            <w:r w:rsidRPr="00DA6543">
              <w:rPr>
                <w:rFonts w:asciiTheme="majorHAnsi" w:hAnsiTheme="majorHAnsi" w:cstheme="majorHAnsi"/>
                <w:b/>
                <w:bCs/>
              </w:rPr>
              <w:instrText xml:space="preserve"> PAGE </w:instrText>
            </w:r>
            <w:r w:rsidRPr="00DA6543">
              <w:rPr>
                <w:rFonts w:asciiTheme="majorHAnsi" w:hAnsiTheme="majorHAnsi" w:cstheme="majorHAnsi"/>
                <w:b/>
                <w:bCs/>
              </w:rPr>
              <w:fldChar w:fldCharType="separate"/>
            </w:r>
            <w:r w:rsidRPr="00DA6543">
              <w:rPr>
                <w:rFonts w:asciiTheme="majorHAnsi" w:hAnsiTheme="majorHAnsi" w:cstheme="majorHAnsi"/>
                <w:b/>
                <w:bCs/>
                <w:noProof/>
              </w:rPr>
              <w:t>2</w:t>
            </w:r>
            <w:r w:rsidRPr="00DA6543">
              <w:rPr>
                <w:rFonts w:asciiTheme="majorHAnsi" w:hAnsiTheme="majorHAnsi" w:cstheme="majorHAnsi"/>
                <w:b/>
                <w:bCs/>
              </w:rPr>
              <w:fldChar w:fldCharType="end"/>
            </w:r>
            <w:r w:rsidRPr="00DA6543">
              <w:rPr>
                <w:rFonts w:asciiTheme="majorHAnsi" w:hAnsiTheme="majorHAnsi" w:cstheme="majorHAnsi"/>
              </w:rPr>
              <w:t xml:space="preserve"> of </w:t>
            </w:r>
            <w:r w:rsidRPr="00DA6543">
              <w:rPr>
                <w:rFonts w:asciiTheme="majorHAnsi" w:hAnsiTheme="majorHAnsi" w:cstheme="majorHAnsi"/>
                <w:b/>
                <w:bCs/>
              </w:rPr>
              <w:fldChar w:fldCharType="begin"/>
            </w:r>
            <w:r w:rsidRPr="00DA6543">
              <w:rPr>
                <w:rFonts w:asciiTheme="majorHAnsi" w:hAnsiTheme="majorHAnsi" w:cstheme="majorHAnsi"/>
                <w:b/>
                <w:bCs/>
              </w:rPr>
              <w:instrText xml:space="preserve"> NUMPAGES  </w:instrText>
            </w:r>
            <w:r w:rsidRPr="00DA6543">
              <w:rPr>
                <w:rFonts w:asciiTheme="majorHAnsi" w:hAnsiTheme="majorHAnsi" w:cstheme="majorHAnsi"/>
                <w:b/>
                <w:bCs/>
              </w:rPr>
              <w:fldChar w:fldCharType="separate"/>
            </w:r>
            <w:r w:rsidRPr="00DA6543">
              <w:rPr>
                <w:rFonts w:asciiTheme="majorHAnsi" w:hAnsiTheme="majorHAnsi" w:cstheme="majorHAnsi"/>
                <w:b/>
                <w:bCs/>
                <w:noProof/>
              </w:rPr>
              <w:t>2</w:t>
            </w:r>
            <w:r w:rsidRPr="00DA6543">
              <w:rPr>
                <w:rFonts w:asciiTheme="majorHAnsi" w:hAnsiTheme="majorHAnsi" w:cstheme="majorHAnsi"/>
                <w:b/>
                <w:bCs/>
              </w:rPr>
              <w:fldChar w:fldCharType="end"/>
            </w:r>
          </w:p>
        </w:sdtContent>
      </w:sdt>
    </w:sdtContent>
  </w:sdt>
  <w:p w14:paraId="29F42A5D" w14:textId="77777777" w:rsidR="00DA6543" w:rsidRDefault="00DA6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F8525" w14:textId="77777777" w:rsidR="00732746" w:rsidRDefault="00732746" w:rsidP="00DA6543">
      <w:pPr>
        <w:spacing w:after="0" w:line="240" w:lineRule="auto"/>
      </w:pPr>
      <w:r>
        <w:separator/>
      </w:r>
    </w:p>
  </w:footnote>
  <w:footnote w:type="continuationSeparator" w:id="0">
    <w:p w14:paraId="0F57FB20" w14:textId="77777777" w:rsidR="00732746" w:rsidRDefault="00732746" w:rsidP="00DA6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DFB99" w14:textId="77777777" w:rsidR="00DA6543" w:rsidRDefault="00DA6543">
    <w:pPr>
      <w:pStyle w:val="Header"/>
    </w:pPr>
    <w:r w:rsidRPr="0014754C">
      <w:rPr>
        <w:rFonts w:ascii="Verdana" w:hAnsi="Verdana"/>
        <w:noProof/>
        <w:sz w:val="20"/>
        <w:szCs w:val="20"/>
      </w:rPr>
      <w:drawing>
        <wp:anchor distT="0" distB="0" distL="114300" distR="114300" simplePos="0" relativeHeight="251659264" behindDoc="1" locked="0" layoutInCell="1" allowOverlap="1" wp14:anchorId="43AF88E9" wp14:editId="40242F2E">
          <wp:simplePos x="0" y="0"/>
          <wp:positionH relativeFrom="page">
            <wp:posOffset>2733260</wp:posOffset>
          </wp:positionH>
          <wp:positionV relativeFrom="topMargin">
            <wp:posOffset>162726</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837014"/>
    <w:multiLevelType w:val="hybridMultilevel"/>
    <w:tmpl w:val="F80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63F60CB"/>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15:restartNumberingAfterBreak="0">
    <w:nsid w:val="106517C3"/>
    <w:multiLevelType w:val="hybridMultilevel"/>
    <w:tmpl w:val="8D660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99752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3" w15:restartNumberingAfterBreak="0">
    <w:nsid w:val="4D2A77A5"/>
    <w:multiLevelType w:val="hybridMultilevel"/>
    <w:tmpl w:val="69B22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841D72"/>
    <w:multiLevelType w:val="hybridMultilevel"/>
    <w:tmpl w:val="C72C8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D74D99"/>
    <w:multiLevelType w:val="hybridMultilevel"/>
    <w:tmpl w:val="4378B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0"/>
  </w:num>
  <w:num w:numId="12">
    <w:abstractNumId w:val="12"/>
  </w:num>
  <w:num w:numId="13">
    <w:abstractNumId w:val="13"/>
  </w:num>
  <w:num w:numId="14">
    <w:abstractNumId w:val="15"/>
  </w:num>
  <w:num w:numId="15">
    <w:abstractNumId w:val="1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124"/>
    <w:rsid w:val="000208C7"/>
    <w:rsid w:val="00034616"/>
    <w:rsid w:val="0006063C"/>
    <w:rsid w:val="00095152"/>
    <w:rsid w:val="0015074B"/>
    <w:rsid w:val="00165F6B"/>
    <w:rsid w:val="001A2F30"/>
    <w:rsid w:val="001F4E07"/>
    <w:rsid w:val="0029639D"/>
    <w:rsid w:val="002C1A6A"/>
    <w:rsid w:val="002E73CF"/>
    <w:rsid w:val="00305BE2"/>
    <w:rsid w:val="0032381C"/>
    <w:rsid w:val="00326F90"/>
    <w:rsid w:val="00473C26"/>
    <w:rsid w:val="004A641D"/>
    <w:rsid w:val="004E1476"/>
    <w:rsid w:val="004F7987"/>
    <w:rsid w:val="00503732"/>
    <w:rsid w:val="00534A28"/>
    <w:rsid w:val="005A4931"/>
    <w:rsid w:val="00683C97"/>
    <w:rsid w:val="00724716"/>
    <w:rsid w:val="00732746"/>
    <w:rsid w:val="007578AC"/>
    <w:rsid w:val="00785E78"/>
    <w:rsid w:val="00795084"/>
    <w:rsid w:val="008166FF"/>
    <w:rsid w:val="00863EF8"/>
    <w:rsid w:val="0086617C"/>
    <w:rsid w:val="008927FC"/>
    <w:rsid w:val="00987E90"/>
    <w:rsid w:val="009B44DF"/>
    <w:rsid w:val="009B7882"/>
    <w:rsid w:val="009F2F3C"/>
    <w:rsid w:val="00A014E0"/>
    <w:rsid w:val="00A54F65"/>
    <w:rsid w:val="00A7069D"/>
    <w:rsid w:val="00A85B0B"/>
    <w:rsid w:val="00AA1D8D"/>
    <w:rsid w:val="00AE4931"/>
    <w:rsid w:val="00AF0DB0"/>
    <w:rsid w:val="00B0085A"/>
    <w:rsid w:val="00B01A83"/>
    <w:rsid w:val="00B47730"/>
    <w:rsid w:val="00BB5635"/>
    <w:rsid w:val="00BC0F95"/>
    <w:rsid w:val="00BF57F8"/>
    <w:rsid w:val="00C0776B"/>
    <w:rsid w:val="00C10BA5"/>
    <w:rsid w:val="00CA54C0"/>
    <w:rsid w:val="00CB0664"/>
    <w:rsid w:val="00DA6543"/>
    <w:rsid w:val="00DC2115"/>
    <w:rsid w:val="00E04136"/>
    <w:rsid w:val="00EC10F7"/>
    <w:rsid w:val="00EC4A1A"/>
    <w:rsid w:val="00EE225B"/>
    <w:rsid w:val="00FB14B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7DEA4D"/>
  <w14:defaultImageDpi w14:val="300"/>
  <w15:docId w15:val="{904ADB09-E946-4EFA-8E50-D68E90A33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uiPriority w:val="99"/>
    <w:unhideWhenUsed/>
    <w:rsid w:val="002C1A6A"/>
    <w:rPr>
      <w:color w:val="0000FF"/>
      <w:u w:val="single"/>
    </w:rPr>
  </w:style>
  <w:style w:type="character" w:styleId="UnresolvedMention">
    <w:name w:val="Unresolved Mention"/>
    <w:basedOn w:val="DefaultParagraphFont"/>
    <w:uiPriority w:val="99"/>
    <w:semiHidden/>
    <w:unhideWhenUsed/>
    <w:rsid w:val="00863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102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SL@oakhyrstgrangeschoo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0D7B8-36D7-4F5A-A10C-B29C7577C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2930</Words>
  <Characters>16702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19593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Danielle Myers</cp:lastModifiedBy>
  <cp:revision>2</cp:revision>
  <cp:lastPrinted>2025-11-25T13:53:00Z</cp:lastPrinted>
  <dcterms:created xsi:type="dcterms:W3CDTF">2026-08-03T09:39:00Z</dcterms:created>
  <dcterms:modified xsi:type="dcterms:W3CDTF">2026-08-03T09:39:00Z</dcterms:modified>
  <cp:category/>
</cp:coreProperties>
</file>